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337399" w14:textId="0771C91A" w:rsidR="00CF79AB" w:rsidRDefault="0048091A">
      <w:bookmarkStart w:id="0" w:name="_Hlk205546850"/>
      <w:bookmarkEnd w:id="0"/>
      <w:r>
        <w:rPr>
          <w:noProof/>
        </w:rPr>
        <w:drawing>
          <wp:anchor distT="0" distB="0" distL="114300" distR="114300" simplePos="0" relativeHeight="251658240" behindDoc="1" locked="0" layoutInCell="1" allowOverlap="1" wp14:anchorId="7B2CE97B" wp14:editId="1EE934E3">
            <wp:simplePos x="0" y="0"/>
            <wp:positionH relativeFrom="column">
              <wp:posOffset>1657350</wp:posOffset>
            </wp:positionH>
            <wp:positionV relativeFrom="paragraph">
              <wp:posOffset>-695325</wp:posOffset>
            </wp:positionV>
            <wp:extent cx="2159635" cy="95948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EE4A62-F6FC-4A47-BBED-D06CB401EB9C.jpeg"/>
                    <pic:cNvPicPr/>
                  </pic:nvPicPr>
                  <pic:blipFill>
                    <a:blip r:embed="rId11"/>
                    <a:stretch>
                      <a:fillRect/>
                    </a:stretch>
                  </pic:blipFill>
                  <pic:spPr>
                    <a:xfrm>
                      <a:off x="0" y="0"/>
                      <a:ext cx="2159635" cy="959485"/>
                    </a:xfrm>
                    <a:prstGeom prst="rect">
                      <a:avLst/>
                    </a:prstGeom>
                  </pic:spPr>
                </pic:pic>
              </a:graphicData>
            </a:graphic>
          </wp:anchor>
        </w:drawing>
      </w:r>
    </w:p>
    <w:p w14:paraId="113B4292" w14:textId="5ED043FF" w:rsidR="00A94DB5" w:rsidRPr="003C0427" w:rsidRDefault="0048091A" w:rsidP="006A7402">
      <w:pPr>
        <w:pStyle w:val="Heading1"/>
        <w:jc w:val="center"/>
        <w:rPr>
          <w:rFonts w:cstheme="majorHAnsi"/>
        </w:rPr>
      </w:pPr>
      <w:r w:rsidRPr="003C0427">
        <w:rPr>
          <w:rFonts w:cstheme="majorHAnsi"/>
        </w:rPr>
        <w:t xml:space="preserve">Live Access </w:t>
      </w:r>
      <w:r w:rsidR="00983208" w:rsidRPr="003C0427">
        <w:rPr>
          <w:rFonts w:cstheme="majorHAnsi"/>
        </w:rPr>
        <w:t>at the</w:t>
      </w:r>
      <w:r w:rsidRPr="003C0427">
        <w:rPr>
          <w:rFonts w:cstheme="majorHAnsi"/>
        </w:rPr>
        <w:t xml:space="preserve"> O2 Apollo Manchester</w:t>
      </w:r>
    </w:p>
    <w:p w14:paraId="78BCE598" w14:textId="68C37027" w:rsidR="00CF79AB" w:rsidRPr="003C0427" w:rsidRDefault="006A7402">
      <w:pPr>
        <w:rPr>
          <w:rFonts w:asciiTheme="majorHAnsi" w:hAnsiTheme="majorHAnsi" w:cstheme="majorHAnsi"/>
        </w:rPr>
      </w:pPr>
      <w:r w:rsidRPr="003C0427">
        <w:rPr>
          <w:rFonts w:asciiTheme="majorHAnsi" w:hAnsiTheme="majorHAnsi" w:cstheme="majorHAnsi"/>
        </w:rPr>
        <w:t>The</w:t>
      </w:r>
      <w:r w:rsidR="0048091A" w:rsidRPr="003C0427">
        <w:rPr>
          <w:rFonts w:asciiTheme="majorHAnsi" w:hAnsiTheme="majorHAnsi" w:cstheme="majorHAnsi"/>
        </w:rPr>
        <w:t xml:space="preserve"> O2 Apollo Manchester</w:t>
      </w:r>
      <w:r w:rsidRPr="003C0427">
        <w:rPr>
          <w:rFonts w:asciiTheme="majorHAnsi" w:hAnsiTheme="majorHAnsi" w:cstheme="majorHAnsi"/>
        </w:rPr>
        <w:t xml:space="preserve"> welcomes customers with access requirements</w:t>
      </w:r>
      <w:r w:rsidR="0048091A" w:rsidRPr="003C0427">
        <w:rPr>
          <w:rFonts w:asciiTheme="majorHAnsi" w:hAnsiTheme="majorHAnsi" w:cstheme="majorHAnsi"/>
        </w:rPr>
        <w:t xml:space="preserve">. We work </w:t>
      </w:r>
      <w:r w:rsidR="00426612" w:rsidRPr="003C0427">
        <w:rPr>
          <w:rFonts w:asciiTheme="majorHAnsi" w:hAnsiTheme="majorHAnsi" w:cstheme="majorHAnsi"/>
        </w:rPr>
        <w:t>alongside</w:t>
      </w:r>
      <w:r w:rsidR="0048091A" w:rsidRPr="003C0427">
        <w:rPr>
          <w:rFonts w:asciiTheme="majorHAnsi" w:hAnsiTheme="majorHAnsi" w:cstheme="majorHAnsi"/>
        </w:rPr>
        <w:t xml:space="preserve"> Attitude is Everything to </w:t>
      </w:r>
      <w:r w:rsidR="006019F0" w:rsidRPr="003C0427">
        <w:rPr>
          <w:rFonts w:asciiTheme="majorHAnsi" w:hAnsiTheme="majorHAnsi" w:cstheme="majorHAnsi"/>
        </w:rPr>
        <w:t>continuously improve</w:t>
      </w:r>
      <w:r w:rsidR="00983208" w:rsidRPr="003C0427">
        <w:rPr>
          <w:rFonts w:asciiTheme="majorHAnsi" w:hAnsiTheme="majorHAnsi" w:cstheme="majorHAnsi"/>
        </w:rPr>
        <w:t xml:space="preserve"> our</w:t>
      </w:r>
      <w:r w:rsidR="0048091A" w:rsidRPr="003C0427">
        <w:rPr>
          <w:rFonts w:asciiTheme="majorHAnsi" w:hAnsiTheme="majorHAnsi" w:cstheme="majorHAnsi"/>
        </w:rPr>
        <w:t xml:space="preserve"> access</w:t>
      </w:r>
      <w:r w:rsidR="00983208" w:rsidRPr="003C0427">
        <w:rPr>
          <w:rFonts w:asciiTheme="majorHAnsi" w:hAnsiTheme="majorHAnsi" w:cstheme="majorHAnsi"/>
        </w:rPr>
        <w:t xml:space="preserve"> provisions</w:t>
      </w:r>
      <w:r w:rsidR="0048091A" w:rsidRPr="003C0427">
        <w:rPr>
          <w:rFonts w:asciiTheme="majorHAnsi" w:hAnsiTheme="majorHAnsi" w:cstheme="majorHAnsi"/>
        </w:rPr>
        <w:t xml:space="preserve">. </w:t>
      </w:r>
    </w:p>
    <w:p w14:paraId="42078B19" w14:textId="542DAB87" w:rsidR="00A94DB5" w:rsidRPr="003C0427" w:rsidRDefault="00A94DB5">
      <w:pPr>
        <w:rPr>
          <w:rFonts w:asciiTheme="majorHAnsi" w:hAnsiTheme="majorHAnsi" w:cstheme="majorHAnsi"/>
        </w:rPr>
      </w:pPr>
      <w:r w:rsidRPr="003C0427">
        <w:rPr>
          <w:rFonts w:asciiTheme="majorHAnsi" w:hAnsiTheme="majorHAnsi" w:cstheme="majorHAnsi"/>
        </w:rPr>
        <w:t xml:space="preserve">*Alternative formats of the Live Access document are available </w:t>
      </w:r>
      <w:r w:rsidR="0063073E" w:rsidRPr="003C0427">
        <w:rPr>
          <w:rFonts w:asciiTheme="majorHAnsi" w:hAnsiTheme="majorHAnsi" w:cstheme="majorHAnsi"/>
        </w:rPr>
        <w:t>on</w:t>
      </w:r>
      <w:r w:rsidRPr="003C0427">
        <w:rPr>
          <w:rFonts w:asciiTheme="majorHAnsi" w:hAnsiTheme="majorHAnsi" w:cstheme="majorHAnsi"/>
        </w:rPr>
        <w:t xml:space="preserve"> request. </w:t>
      </w:r>
    </w:p>
    <w:p w14:paraId="6598DEF5" w14:textId="77777777" w:rsidR="00A867CB" w:rsidRPr="003C0427" w:rsidRDefault="0048091A">
      <w:pPr>
        <w:rPr>
          <w:rFonts w:asciiTheme="majorHAnsi" w:hAnsiTheme="majorHAnsi" w:cstheme="majorHAnsi"/>
          <w:b/>
          <w:bCs/>
          <w:u w:val="single"/>
        </w:rPr>
      </w:pPr>
      <w:r w:rsidRPr="003C0427">
        <w:rPr>
          <w:rFonts w:asciiTheme="majorHAnsi" w:hAnsiTheme="majorHAnsi" w:cstheme="majorHAnsi"/>
          <w:b/>
          <w:bCs/>
          <w:u w:val="single"/>
        </w:rPr>
        <w:t>Booking Accessible Tickets</w:t>
      </w:r>
    </w:p>
    <w:p w14:paraId="102019DC" w14:textId="6B228381" w:rsidR="003C0427" w:rsidRPr="003C0427" w:rsidRDefault="00A867CB" w:rsidP="003C0427">
      <w:pPr>
        <w:rPr>
          <w:rFonts w:asciiTheme="majorHAnsi" w:hAnsiTheme="majorHAnsi" w:cstheme="majorHAnsi"/>
        </w:rPr>
      </w:pPr>
      <w:r w:rsidRPr="003C0427">
        <w:rPr>
          <w:rFonts w:asciiTheme="majorHAnsi" w:hAnsiTheme="majorHAnsi" w:cstheme="majorHAnsi"/>
        </w:rPr>
        <w:t>As</w:t>
      </w:r>
      <w:r w:rsidR="00426612" w:rsidRPr="003C0427">
        <w:rPr>
          <w:rFonts w:asciiTheme="majorHAnsi" w:hAnsiTheme="majorHAnsi" w:cstheme="majorHAnsi"/>
        </w:rPr>
        <w:t xml:space="preserve"> the O2 Apollo Manchester</w:t>
      </w:r>
      <w:r w:rsidRPr="003C0427">
        <w:rPr>
          <w:rFonts w:asciiTheme="majorHAnsi" w:hAnsiTheme="majorHAnsi" w:cstheme="majorHAnsi"/>
        </w:rPr>
        <w:t xml:space="preserve"> </w:t>
      </w:r>
      <w:r w:rsidR="00426612" w:rsidRPr="003C0427">
        <w:rPr>
          <w:rFonts w:asciiTheme="majorHAnsi" w:hAnsiTheme="majorHAnsi" w:cstheme="majorHAnsi"/>
        </w:rPr>
        <w:t>has some</w:t>
      </w:r>
      <w:r w:rsidRPr="003C0427">
        <w:rPr>
          <w:rFonts w:asciiTheme="majorHAnsi" w:hAnsiTheme="majorHAnsi" w:cstheme="majorHAnsi"/>
        </w:rPr>
        <w:t xml:space="preserve"> reserved seating, all accessible bookings are made directly with the access team prior to booking. </w:t>
      </w:r>
      <w:r w:rsidR="006B48EF" w:rsidRPr="003C0427">
        <w:rPr>
          <w:rFonts w:asciiTheme="majorHAnsi" w:hAnsiTheme="majorHAnsi" w:cstheme="majorHAnsi"/>
        </w:rPr>
        <w:t>Unfortunately,</w:t>
      </w:r>
      <w:r w:rsidRPr="003C0427">
        <w:rPr>
          <w:rFonts w:asciiTheme="majorHAnsi" w:hAnsiTheme="majorHAnsi" w:cstheme="majorHAnsi"/>
        </w:rPr>
        <w:t xml:space="preserve"> we are unable to amend bookings made elsewhere. </w:t>
      </w:r>
      <w:r w:rsidR="0048091A" w:rsidRPr="003C0427">
        <w:rPr>
          <w:rFonts w:asciiTheme="majorHAnsi" w:hAnsiTheme="majorHAnsi" w:cstheme="majorHAnsi"/>
        </w:rPr>
        <w:br/>
      </w:r>
      <w:r w:rsidRPr="003C0427">
        <w:rPr>
          <w:rFonts w:asciiTheme="majorHAnsi" w:hAnsiTheme="majorHAnsi" w:cstheme="majorHAnsi"/>
        </w:rPr>
        <w:t>P</w:t>
      </w:r>
      <w:r w:rsidR="0048091A" w:rsidRPr="003C0427">
        <w:rPr>
          <w:rFonts w:asciiTheme="majorHAnsi" w:hAnsiTheme="majorHAnsi" w:cstheme="majorHAnsi"/>
        </w:rPr>
        <w:t xml:space="preserve">roof of disability </w:t>
      </w:r>
      <w:r w:rsidRPr="003C0427">
        <w:rPr>
          <w:rFonts w:asciiTheme="majorHAnsi" w:hAnsiTheme="majorHAnsi" w:cstheme="majorHAnsi"/>
        </w:rPr>
        <w:t xml:space="preserve">is required </w:t>
      </w:r>
      <w:r w:rsidR="0048091A" w:rsidRPr="003C0427">
        <w:rPr>
          <w:rFonts w:asciiTheme="majorHAnsi" w:hAnsiTheme="majorHAnsi" w:cstheme="majorHAnsi"/>
        </w:rPr>
        <w:t>when booking for the first time.</w:t>
      </w:r>
      <w:r w:rsidR="0063073E" w:rsidRPr="003C0427">
        <w:rPr>
          <w:rFonts w:asciiTheme="majorHAnsi" w:hAnsiTheme="majorHAnsi" w:cstheme="majorHAnsi"/>
        </w:rPr>
        <w:t xml:space="preserve"> This</w:t>
      </w:r>
      <w:r w:rsidR="006B48EF" w:rsidRPr="003C0427">
        <w:rPr>
          <w:rFonts w:asciiTheme="majorHAnsi" w:hAnsiTheme="majorHAnsi" w:cstheme="majorHAnsi"/>
        </w:rPr>
        <w:t xml:space="preserve"> can</w:t>
      </w:r>
      <w:r w:rsidR="0048091A" w:rsidRPr="003C0427">
        <w:rPr>
          <w:rFonts w:asciiTheme="majorHAnsi" w:hAnsiTheme="majorHAnsi" w:cstheme="majorHAnsi"/>
        </w:rPr>
        <w:t xml:space="preserve"> </w:t>
      </w:r>
      <w:r w:rsidR="0063073E" w:rsidRPr="003C0427">
        <w:rPr>
          <w:rFonts w:asciiTheme="majorHAnsi" w:hAnsiTheme="majorHAnsi" w:cstheme="majorHAnsi"/>
        </w:rPr>
        <w:t xml:space="preserve">be </w:t>
      </w:r>
      <w:r w:rsidR="0048091A" w:rsidRPr="003C0427">
        <w:rPr>
          <w:rFonts w:asciiTheme="majorHAnsi" w:hAnsiTheme="majorHAnsi" w:cstheme="majorHAnsi"/>
        </w:rPr>
        <w:t>kep</w:t>
      </w:r>
      <w:r w:rsidR="0063073E" w:rsidRPr="003C0427">
        <w:rPr>
          <w:rFonts w:asciiTheme="majorHAnsi" w:hAnsiTheme="majorHAnsi" w:cstheme="majorHAnsi"/>
        </w:rPr>
        <w:t>t</w:t>
      </w:r>
      <w:r w:rsidR="0048091A" w:rsidRPr="003C0427">
        <w:rPr>
          <w:rFonts w:asciiTheme="majorHAnsi" w:hAnsiTheme="majorHAnsi" w:cstheme="majorHAnsi"/>
        </w:rPr>
        <w:t xml:space="preserve"> on file for future bookings</w:t>
      </w:r>
      <w:r w:rsidR="00983208" w:rsidRPr="003C0427">
        <w:rPr>
          <w:rFonts w:asciiTheme="majorHAnsi" w:hAnsiTheme="majorHAnsi" w:cstheme="majorHAnsi"/>
        </w:rPr>
        <w:t xml:space="preserve"> if you </w:t>
      </w:r>
      <w:r w:rsidR="006B48EF" w:rsidRPr="003C0427">
        <w:rPr>
          <w:rFonts w:asciiTheme="majorHAnsi" w:hAnsiTheme="majorHAnsi" w:cstheme="majorHAnsi"/>
        </w:rPr>
        <w:t>complet</w:t>
      </w:r>
      <w:r w:rsidR="006019F0" w:rsidRPr="003C0427">
        <w:rPr>
          <w:rFonts w:asciiTheme="majorHAnsi" w:hAnsiTheme="majorHAnsi" w:cstheme="majorHAnsi"/>
        </w:rPr>
        <w:t>e</w:t>
      </w:r>
      <w:r w:rsidR="006B48EF" w:rsidRPr="003C0427">
        <w:rPr>
          <w:rFonts w:asciiTheme="majorHAnsi" w:hAnsiTheme="majorHAnsi" w:cstheme="majorHAnsi"/>
        </w:rPr>
        <w:t xml:space="preserve"> the access booking form</w:t>
      </w:r>
      <w:r w:rsidR="00983208" w:rsidRPr="003C0427">
        <w:rPr>
          <w:rFonts w:asciiTheme="majorHAnsi" w:hAnsiTheme="majorHAnsi" w:cstheme="majorHAnsi"/>
        </w:rPr>
        <w:t xml:space="preserve">. </w:t>
      </w:r>
      <w:r w:rsidR="001B3A59" w:rsidRPr="003C0427">
        <w:rPr>
          <w:rFonts w:asciiTheme="majorHAnsi" w:hAnsiTheme="majorHAnsi" w:cstheme="majorHAnsi"/>
        </w:rPr>
        <w:t xml:space="preserve">Our full Essential Companion Policy is </w:t>
      </w:r>
      <w:hyperlink r:id="rId12" w:history="1">
        <w:r w:rsidR="001B3A59" w:rsidRPr="003C0427">
          <w:rPr>
            <w:rStyle w:val="Hyperlink"/>
            <w:rFonts w:asciiTheme="majorHAnsi" w:hAnsiTheme="majorHAnsi" w:cstheme="majorHAnsi"/>
          </w:rPr>
          <w:t>here</w:t>
        </w:r>
      </w:hyperlink>
      <w:r w:rsidR="001B3A59" w:rsidRPr="003C0427">
        <w:rPr>
          <w:rFonts w:asciiTheme="majorHAnsi" w:hAnsiTheme="majorHAnsi" w:cstheme="majorHAnsi"/>
        </w:rPr>
        <w:t>.</w:t>
      </w:r>
    </w:p>
    <w:p w14:paraId="612FAE30" w14:textId="3A8CBBAE" w:rsidR="00CF79AB" w:rsidRPr="003C0427" w:rsidRDefault="0048091A" w:rsidP="003C0427">
      <w:pPr>
        <w:rPr>
          <w:rFonts w:asciiTheme="majorHAnsi" w:hAnsiTheme="majorHAnsi" w:cstheme="majorHAnsi"/>
        </w:rPr>
      </w:pPr>
      <w:r w:rsidRPr="003C0427">
        <w:rPr>
          <w:rFonts w:asciiTheme="majorHAnsi" w:hAnsiTheme="majorHAnsi" w:cstheme="majorHAnsi"/>
          <w:b/>
          <w:bCs/>
        </w:rPr>
        <w:t>Email:</w:t>
      </w:r>
      <w:r w:rsidRPr="003C0427">
        <w:rPr>
          <w:rFonts w:asciiTheme="majorHAnsi" w:hAnsiTheme="majorHAnsi" w:cstheme="majorHAnsi"/>
        </w:rPr>
        <w:t xml:space="preserve"> access@o2apollomanchester.co.uk  </w:t>
      </w:r>
      <w:r w:rsidRPr="003C0427">
        <w:rPr>
          <w:rFonts w:asciiTheme="majorHAnsi" w:hAnsiTheme="majorHAnsi" w:cstheme="majorHAnsi"/>
        </w:rPr>
        <w:br/>
        <w:t xml:space="preserve">Tell us what you need and whether you’d prefer a phone call or email. We aim to reply within 5 working days.  </w:t>
      </w:r>
      <w:r w:rsidRPr="003C0427">
        <w:rPr>
          <w:rFonts w:asciiTheme="majorHAnsi" w:hAnsiTheme="majorHAnsi" w:cstheme="majorHAnsi"/>
        </w:rPr>
        <w:br/>
        <w:t>(Note: Emails received before tickets go on sale will not be used to allocate tickets.)</w:t>
      </w:r>
    </w:p>
    <w:p w14:paraId="2CBFDF74" w14:textId="7FD058BB" w:rsidR="00762938" w:rsidRPr="003C0427" w:rsidRDefault="0048091A">
      <w:pPr>
        <w:rPr>
          <w:rFonts w:asciiTheme="majorHAnsi" w:hAnsiTheme="majorHAnsi" w:cstheme="majorHAnsi"/>
        </w:rPr>
      </w:pPr>
      <w:r w:rsidRPr="003C0427">
        <w:rPr>
          <w:rFonts w:asciiTheme="majorHAnsi" w:hAnsiTheme="majorHAnsi" w:cstheme="majorHAnsi"/>
          <w:b/>
          <w:bCs/>
        </w:rPr>
        <w:t>Phone:</w:t>
      </w:r>
      <w:r w:rsidRPr="003C0427">
        <w:rPr>
          <w:rFonts w:asciiTheme="majorHAnsi" w:hAnsiTheme="majorHAnsi" w:cstheme="majorHAnsi"/>
        </w:rPr>
        <w:t xml:space="preserve"> 0161 273 7785  </w:t>
      </w:r>
      <w:r w:rsidRPr="003C0427">
        <w:rPr>
          <w:rFonts w:asciiTheme="majorHAnsi" w:hAnsiTheme="majorHAnsi" w:cstheme="majorHAnsi"/>
        </w:rPr>
        <w:br/>
        <w:t xml:space="preserve">(Available Monday to Friday, 12pm </w:t>
      </w:r>
      <w:r w:rsidR="001B3A59" w:rsidRPr="003C0427">
        <w:rPr>
          <w:rFonts w:asciiTheme="majorHAnsi" w:hAnsiTheme="majorHAnsi" w:cstheme="majorHAnsi"/>
        </w:rPr>
        <w:t xml:space="preserve">- </w:t>
      </w:r>
      <w:r w:rsidRPr="003C0427">
        <w:rPr>
          <w:rFonts w:asciiTheme="majorHAnsi" w:hAnsiTheme="majorHAnsi" w:cstheme="majorHAnsi"/>
        </w:rPr>
        <w:t xml:space="preserve">4pm. Extended hours </w:t>
      </w:r>
      <w:r w:rsidR="006B48EF" w:rsidRPr="003C0427">
        <w:rPr>
          <w:rFonts w:asciiTheme="majorHAnsi" w:hAnsiTheme="majorHAnsi" w:cstheme="majorHAnsi"/>
        </w:rPr>
        <w:t>to cover show</w:t>
      </w:r>
      <w:r w:rsidR="00A867CB" w:rsidRPr="003C0427">
        <w:rPr>
          <w:rFonts w:asciiTheme="majorHAnsi" w:hAnsiTheme="majorHAnsi" w:cstheme="majorHAnsi"/>
        </w:rPr>
        <w:t xml:space="preserve"> presales and onsales</w:t>
      </w:r>
      <w:r w:rsidRPr="003C0427">
        <w:rPr>
          <w:rFonts w:asciiTheme="majorHAnsi" w:hAnsiTheme="majorHAnsi" w:cstheme="majorHAnsi"/>
        </w:rPr>
        <w:t>.)</w:t>
      </w:r>
    </w:p>
    <w:p w14:paraId="752E662A" w14:textId="0E59A48C" w:rsidR="00A94DB5" w:rsidRPr="003C0427" w:rsidRDefault="0048091A">
      <w:pPr>
        <w:rPr>
          <w:rFonts w:asciiTheme="majorHAnsi" w:hAnsiTheme="majorHAnsi" w:cstheme="majorHAnsi"/>
        </w:rPr>
      </w:pPr>
      <w:r w:rsidRPr="003C0427">
        <w:rPr>
          <w:rFonts w:asciiTheme="majorHAnsi" w:hAnsiTheme="majorHAnsi" w:cstheme="majorHAnsi"/>
          <w:b/>
          <w:bCs/>
          <w:u w:val="single"/>
        </w:rPr>
        <w:t xml:space="preserve">Access in and Around </w:t>
      </w:r>
      <w:r w:rsidR="00983208" w:rsidRPr="003C0427">
        <w:rPr>
          <w:rFonts w:asciiTheme="majorHAnsi" w:hAnsiTheme="majorHAnsi" w:cstheme="majorHAnsi"/>
          <w:b/>
          <w:bCs/>
          <w:u w:val="single"/>
        </w:rPr>
        <w:t>our</w:t>
      </w:r>
      <w:r w:rsidRPr="003C0427">
        <w:rPr>
          <w:rFonts w:asciiTheme="majorHAnsi" w:hAnsiTheme="majorHAnsi" w:cstheme="majorHAnsi"/>
          <w:b/>
          <w:bCs/>
          <w:u w:val="single"/>
        </w:rPr>
        <w:t xml:space="preserve"> Venue</w:t>
      </w:r>
      <w:r w:rsidRPr="003C0427">
        <w:rPr>
          <w:rFonts w:asciiTheme="majorHAnsi" w:hAnsiTheme="majorHAnsi" w:cstheme="majorHAnsi"/>
          <w:u w:val="single"/>
        </w:rPr>
        <w:br/>
      </w:r>
      <w:r w:rsidR="00983208" w:rsidRPr="003C0427">
        <w:rPr>
          <w:rFonts w:asciiTheme="majorHAnsi" w:hAnsiTheme="majorHAnsi" w:cstheme="majorHAnsi"/>
        </w:rPr>
        <w:t xml:space="preserve">Priority entrance is available with level access through </w:t>
      </w:r>
      <w:r w:rsidR="00993E25" w:rsidRPr="003C0427">
        <w:rPr>
          <w:rFonts w:asciiTheme="majorHAnsi" w:hAnsiTheme="majorHAnsi" w:cstheme="majorHAnsi"/>
        </w:rPr>
        <w:t xml:space="preserve">the </w:t>
      </w:r>
      <w:r w:rsidR="00983208" w:rsidRPr="003C0427">
        <w:rPr>
          <w:rFonts w:asciiTheme="majorHAnsi" w:hAnsiTheme="majorHAnsi" w:cstheme="majorHAnsi"/>
        </w:rPr>
        <w:t xml:space="preserve">accessible entrance. </w:t>
      </w:r>
      <w:r w:rsidRPr="003C0427">
        <w:rPr>
          <w:rFonts w:asciiTheme="majorHAnsi" w:hAnsiTheme="majorHAnsi" w:cstheme="majorHAnsi"/>
        </w:rPr>
        <w:t>Once doors open (usually 7.00pm – check</w:t>
      </w:r>
      <w:r w:rsidR="00A867CB" w:rsidRPr="003C0427">
        <w:rPr>
          <w:rFonts w:asciiTheme="majorHAnsi" w:hAnsiTheme="majorHAnsi" w:cstheme="majorHAnsi"/>
        </w:rPr>
        <w:t xml:space="preserve"> this closer to the time on your tickets</w:t>
      </w:r>
      <w:r w:rsidRPr="003C0427">
        <w:rPr>
          <w:rFonts w:asciiTheme="majorHAnsi" w:hAnsiTheme="majorHAnsi" w:cstheme="majorHAnsi"/>
        </w:rPr>
        <w:t>), you can enter via the side entrance with level access.</w:t>
      </w:r>
      <w:r w:rsidR="00983208" w:rsidRPr="003C0427">
        <w:rPr>
          <w:rFonts w:asciiTheme="majorHAnsi" w:hAnsiTheme="majorHAnsi" w:cstheme="majorHAnsi"/>
        </w:rPr>
        <w:t xml:space="preserve"> </w:t>
      </w:r>
      <w:r w:rsidRPr="003C0427">
        <w:rPr>
          <w:rFonts w:asciiTheme="majorHAnsi" w:hAnsiTheme="majorHAnsi" w:cstheme="majorHAnsi"/>
        </w:rPr>
        <w:t>Let security at the front door know if you need this</w:t>
      </w:r>
      <w:r w:rsidR="00983208" w:rsidRPr="003C0427">
        <w:rPr>
          <w:rFonts w:asciiTheme="majorHAnsi" w:hAnsiTheme="majorHAnsi" w:cstheme="majorHAnsi"/>
        </w:rPr>
        <w:t xml:space="preserve">. </w:t>
      </w:r>
      <w:r w:rsidRPr="003C0427">
        <w:rPr>
          <w:rFonts w:asciiTheme="majorHAnsi" w:hAnsiTheme="majorHAnsi" w:cstheme="majorHAnsi"/>
        </w:rPr>
        <w:t>The Stalls area has level access. The Circle has about 40 stairs and no lift.</w:t>
      </w:r>
      <w:r w:rsidR="00983208" w:rsidRPr="003C0427">
        <w:rPr>
          <w:rFonts w:asciiTheme="majorHAnsi" w:hAnsiTheme="majorHAnsi" w:cstheme="majorHAnsi"/>
        </w:rPr>
        <w:t xml:space="preserve"> </w:t>
      </w:r>
    </w:p>
    <w:p w14:paraId="437FD068" w14:textId="77777777" w:rsidR="003C0427" w:rsidRDefault="003C0427" w:rsidP="00B44CE5">
      <w:pPr>
        <w:rPr>
          <w:rFonts w:asciiTheme="majorHAnsi" w:hAnsiTheme="majorHAnsi" w:cstheme="majorHAnsi"/>
          <w:lang w:val="en-GB"/>
        </w:rPr>
      </w:pPr>
      <w:r w:rsidRPr="003C0427">
        <w:rPr>
          <w:noProof/>
          <w:sz w:val="20"/>
          <w:szCs w:val="20"/>
          <w:lang w:eastAsia="en-GB"/>
        </w:rPr>
        <w:drawing>
          <wp:anchor distT="0" distB="0" distL="114300" distR="114300" simplePos="0" relativeHeight="251658752" behindDoc="1" locked="0" layoutInCell="1" allowOverlap="1" wp14:anchorId="45370353" wp14:editId="10B25FB0">
            <wp:simplePos x="0" y="0"/>
            <wp:positionH relativeFrom="column">
              <wp:posOffset>0</wp:posOffset>
            </wp:positionH>
            <wp:positionV relativeFrom="paragraph">
              <wp:posOffset>365125</wp:posOffset>
            </wp:positionV>
            <wp:extent cx="2047875" cy="2731135"/>
            <wp:effectExtent l="0" t="0" r="9525" b="0"/>
            <wp:wrapTopAndBottom/>
            <wp:docPr id="1988148941" name="Picture 1988148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148941" name="Picture 1988148941"/>
                    <pic:cNvPicPr/>
                  </pic:nvPicPr>
                  <pic:blipFill>
                    <a:blip r:embed="rId13" cstate="print">
                      <a:extLst>
                        <a:ext uri="{28A0092B-C50C-407E-A947-70E740481C1C}">
                          <a14:useLocalDpi xmlns:a14="http://schemas.microsoft.com/office/drawing/2010/main"/>
                        </a:ext>
                      </a:extLst>
                    </a:blip>
                    <a:stretch>
                      <a:fillRect/>
                    </a:stretch>
                  </pic:blipFill>
                  <pic:spPr>
                    <a:xfrm>
                      <a:off x="0" y="0"/>
                      <a:ext cx="2047875" cy="2731135"/>
                    </a:xfrm>
                    <a:prstGeom prst="rect">
                      <a:avLst/>
                    </a:prstGeom>
                  </pic:spPr>
                </pic:pic>
              </a:graphicData>
            </a:graphic>
            <wp14:sizeRelH relativeFrom="margin">
              <wp14:pctWidth>0</wp14:pctWidth>
            </wp14:sizeRelH>
            <wp14:sizeRelV relativeFrom="margin">
              <wp14:pctHeight>0</wp14:pctHeight>
            </wp14:sizeRelV>
          </wp:anchor>
        </w:drawing>
      </w:r>
      <w:r w:rsidR="006E7B28" w:rsidRPr="003C0427">
        <w:rPr>
          <w:rFonts w:asciiTheme="majorHAnsi" w:hAnsiTheme="majorHAnsi" w:cstheme="majorHAnsi"/>
          <w:lang w:val="en-GB"/>
        </w:rPr>
        <w:t xml:space="preserve">What3Words for the entrance: </w:t>
      </w:r>
      <w:r w:rsidR="006E7B28" w:rsidRPr="003C0427">
        <w:rPr>
          <w:rFonts w:asciiTheme="majorHAnsi" w:hAnsiTheme="majorHAnsi" w:cstheme="majorHAnsi"/>
          <w:b/>
          <w:bCs/>
          <w:lang w:val="en-GB"/>
        </w:rPr>
        <w:t>flight.wounds.weeks</w:t>
      </w:r>
    </w:p>
    <w:p w14:paraId="0D9FE223" w14:textId="1F66BD7B" w:rsidR="006A7402" w:rsidRPr="003C0427" w:rsidRDefault="00A94DB5" w:rsidP="00B44CE5">
      <w:pPr>
        <w:rPr>
          <w:rFonts w:asciiTheme="majorHAnsi" w:hAnsiTheme="majorHAnsi" w:cstheme="majorHAnsi"/>
          <w:lang w:val="en-GB"/>
        </w:rPr>
      </w:pPr>
      <w:r w:rsidRPr="003C0427">
        <w:rPr>
          <w:rFonts w:asciiTheme="majorHAnsi" w:hAnsiTheme="majorHAnsi" w:cstheme="majorHAnsi"/>
        </w:rPr>
        <w:lastRenderedPageBreak/>
        <w:t xml:space="preserve">The picture </w:t>
      </w:r>
      <w:r w:rsidR="00326BAD" w:rsidRPr="003C0427">
        <w:rPr>
          <w:rFonts w:asciiTheme="majorHAnsi" w:hAnsiTheme="majorHAnsi" w:cstheme="majorHAnsi"/>
        </w:rPr>
        <w:t xml:space="preserve">shows an </w:t>
      </w:r>
      <w:r w:rsidRPr="003C0427">
        <w:rPr>
          <w:rFonts w:asciiTheme="majorHAnsi" w:hAnsiTheme="majorHAnsi" w:cstheme="majorHAnsi"/>
        </w:rPr>
        <w:t>accessible entrance on the Apsley Grove</w:t>
      </w:r>
      <w:r w:rsidR="00326BAD" w:rsidRPr="003C0427">
        <w:rPr>
          <w:rFonts w:asciiTheme="majorHAnsi" w:hAnsiTheme="majorHAnsi" w:cstheme="majorHAnsi"/>
        </w:rPr>
        <w:t xml:space="preserve"> roadside</w:t>
      </w:r>
      <w:r w:rsidRPr="003C0427">
        <w:rPr>
          <w:rFonts w:asciiTheme="majorHAnsi" w:hAnsiTheme="majorHAnsi" w:cstheme="majorHAnsi"/>
        </w:rPr>
        <w:t xml:space="preserve">. It is a black door with a lowered curb and a disabled icon sign. </w:t>
      </w:r>
    </w:p>
    <w:p w14:paraId="698DC59F" w14:textId="513C33E6" w:rsidR="00B44CE5" w:rsidRPr="003C0427" w:rsidRDefault="00B44CE5" w:rsidP="00B44CE5">
      <w:pPr>
        <w:rPr>
          <w:rFonts w:asciiTheme="majorHAnsi" w:hAnsiTheme="majorHAnsi" w:cstheme="majorHAnsi"/>
          <w:b/>
          <w:bCs/>
          <w:u w:val="single"/>
        </w:rPr>
      </w:pPr>
      <w:r w:rsidRPr="003C0427">
        <w:rPr>
          <w:rFonts w:asciiTheme="majorHAnsi" w:hAnsiTheme="majorHAnsi" w:cstheme="majorHAnsi"/>
          <w:b/>
          <w:bCs/>
          <w:u w:val="single"/>
        </w:rPr>
        <w:t>Arrival &amp; Check-In</w:t>
      </w:r>
    </w:p>
    <w:p w14:paraId="2B825927" w14:textId="0DE3361E" w:rsidR="00983208" w:rsidRPr="003C0427" w:rsidRDefault="00B44CE5">
      <w:pPr>
        <w:rPr>
          <w:rFonts w:asciiTheme="majorHAnsi" w:hAnsiTheme="majorHAnsi" w:cstheme="majorHAnsi"/>
        </w:rPr>
      </w:pPr>
      <w:r w:rsidRPr="003C0427">
        <w:rPr>
          <w:rFonts w:asciiTheme="majorHAnsi" w:hAnsiTheme="majorHAnsi" w:cstheme="majorHAnsi"/>
        </w:rPr>
        <w:t>Your tickets</w:t>
      </w:r>
      <w:r w:rsidR="00326BAD" w:rsidRPr="003C0427">
        <w:rPr>
          <w:rFonts w:asciiTheme="majorHAnsi" w:hAnsiTheme="majorHAnsi" w:cstheme="majorHAnsi"/>
        </w:rPr>
        <w:t xml:space="preserve"> should</w:t>
      </w:r>
      <w:r w:rsidRPr="003C0427">
        <w:rPr>
          <w:rFonts w:asciiTheme="majorHAnsi" w:hAnsiTheme="majorHAnsi" w:cstheme="majorHAnsi"/>
        </w:rPr>
        <w:t xml:space="preserve"> have been emailed to you via Ticketmaster when you book</w:t>
      </w:r>
      <w:r w:rsidR="00326BAD" w:rsidRPr="003C0427">
        <w:rPr>
          <w:rFonts w:asciiTheme="majorHAnsi" w:hAnsiTheme="majorHAnsi" w:cstheme="majorHAnsi"/>
        </w:rPr>
        <w:t xml:space="preserve">ed </w:t>
      </w:r>
      <w:r w:rsidRPr="003C0427">
        <w:rPr>
          <w:rFonts w:asciiTheme="majorHAnsi" w:hAnsiTheme="majorHAnsi" w:cstheme="majorHAnsi"/>
        </w:rPr>
        <w:t xml:space="preserve">with </w:t>
      </w:r>
      <w:r w:rsidR="00326BAD" w:rsidRPr="003C0427">
        <w:rPr>
          <w:rFonts w:asciiTheme="majorHAnsi" w:hAnsiTheme="majorHAnsi" w:cstheme="majorHAnsi"/>
        </w:rPr>
        <w:t>the access team</w:t>
      </w:r>
      <w:r w:rsidRPr="003C0427">
        <w:rPr>
          <w:rFonts w:asciiTheme="majorHAnsi" w:hAnsiTheme="majorHAnsi" w:cstheme="majorHAnsi"/>
        </w:rPr>
        <w:t xml:space="preserve">. The email comes from Ticketmaster with the subject as </w:t>
      </w:r>
      <w:r w:rsidRPr="003C0427">
        <w:rPr>
          <w:rFonts w:asciiTheme="majorHAnsi" w:hAnsiTheme="majorHAnsi" w:cstheme="majorHAnsi"/>
          <w:b/>
          <w:bCs/>
        </w:rPr>
        <w:t>“You’re In! Your [Show Name] ticket confirmation”</w:t>
      </w:r>
      <w:r w:rsidR="00A867CB" w:rsidRPr="003C0427">
        <w:rPr>
          <w:rFonts w:asciiTheme="majorHAnsi" w:hAnsiTheme="majorHAnsi" w:cstheme="majorHAnsi"/>
        </w:rPr>
        <w:t xml:space="preserve">. </w:t>
      </w:r>
      <w:r w:rsidRPr="003C0427">
        <w:rPr>
          <w:rFonts w:asciiTheme="majorHAnsi" w:hAnsiTheme="majorHAnsi" w:cstheme="majorHAnsi"/>
        </w:rPr>
        <w:t xml:space="preserve">We encourage you to download the app and have them added to your mobile’s digital wallet for smooth entry to the venue. Once you are scanned in, the Access Liaison will show you to your designated area and tell you about our venue. </w:t>
      </w:r>
    </w:p>
    <w:p w14:paraId="655A214F" w14:textId="034E4525" w:rsidR="00CF79AB" w:rsidRPr="003C0427" w:rsidRDefault="0048091A">
      <w:pPr>
        <w:rPr>
          <w:rFonts w:asciiTheme="majorHAnsi" w:hAnsiTheme="majorHAnsi" w:cstheme="majorHAnsi"/>
        </w:rPr>
      </w:pPr>
      <w:r w:rsidRPr="003C0427">
        <w:rPr>
          <w:rFonts w:asciiTheme="majorHAnsi" w:hAnsiTheme="majorHAnsi" w:cstheme="majorHAnsi"/>
          <w:b/>
          <w:bCs/>
          <w:u w:val="single"/>
        </w:rPr>
        <w:t>Parking and Travel</w:t>
      </w:r>
      <w:r w:rsidRPr="003C0427">
        <w:rPr>
          <w:rFonts w:asciiTheme="majorHAnsi" w:hAnsiTheme="majorHAnsi" w:cstheme="majorHAnsi"/>
        </w:rPr>
        <w:br/>
        <w:t xml:space="preserve">Accessible parking </w:t>
      </w:r>
      <w:r w:rsidR="00983208" w:rsidRPr="003C0427">
        <w:rPr>
          <w:rFonts w:asciiTheme="majorHAnsi" w:hAnsiTheme="majorHAnsi" w:cstheme="majorHAnsi"/>
        </w:rPr>
        <w:t>spaces are</w:t>
      </w:r>
      <w:r w:rsidRPr="003C0427">
        <w:rPr>
          <w:rFonts w:asciiTheme="majorHAnsi" w:hAnsiTheme="majorHAnsi" w:cstheme="majorHAnsi"/>
        </w:rPr>
        <w:t xml:space="preserve"> available in the front car park (Hyde Road side). It</w:t>
      </w:r>
      <w:r w:rsidR="00326BAD" w:rsidRPr="003C0427">
        <w:rPr>
          <w:rFonts w:asciiTheme="majorHAnsi" w:hAnsiTheme="majorHAnsi" w:cstheme="majorHAnsi"/>
        </w:rPr>
        <w:t xml:space="preserve"> is run on a </w:t>
      </w:r>
      <w:r w:rsidRPr="003C0427">
        <w:rPr>
          <w:rFonts w:asciiTheme="majorHAnsi" w:hAnsiTheme="majorHAnsi" w:cstheme="majorHAnsi"/>
        </w:rPr>
        <w:t>first come, first served</w:t>
      </w:r>
      <w:r w:rsidR="00326BAD" w:rsidRPr="003C0427">
        <w:rPr>
          <w:rFonts w:asciiTheme="majorHAnsi" w:hAnsiTheme="majorHAnsi" w:cstheme="majorHAnsi"/>
        </w:rPr>
        <w:t xml:space="preserve"> basis</w:t>
      </w:r>
      <w:r w:rsidRPr="003C0427">
        <w:rPr>
          <w:rFonts w:asciiTheme="majorHAnsi" w:hAnsiTheme="majorHAnsi" w:cstheme="majorHAnsi"/>
        </w:rPr>
        <w:t xml:space="preserve"> and opens one hour before doors. More parking is available on the opposite side of the building</w:t>
      </w:r>
      <w:r w:rsidR="00983208" w:rsidRPr="003C0427">
        <w:rPr>
          <w:rFonts w:asciiTheme="majorHAnsi" w:hAnsiTheme="majorHAnsi" w:cstheme="majorHAnsi"/>
        </w:rPr>
        <w:t xml:space="preserve"> (Apsley Grove side). The car park costs £10 (cash payment only) and is payable to the attendant on the gate. </w:t>
      </w:r>
      <w:r w:rsidRPr="003C0427">
        <w:rPr>
          <w:rFonts w:asciiTheme="majorHAnsi" w:hAnsiTheme="majorHAnsi" w:cstheme="majorHAnsi"/>
        </w:rPr>
        <w:t xml:space="preserve">The 192 bus connects </w:t>
      </w:r>
      <w:r w:rsidR="00326BAD" w:rsidRPr="003C0427">
        <w:rPr>
          <w:rFonts w:asciiTheme="majorHAnsi" w:hAnsiTheme="majorHAnsi" w:cstheme="majorHAnsi"/>
        </w:rPr>
        <w:t>the venue</w:t>
      </w:r>
      <w:r w:rsidRPr="003C0427">
        <w:rPr>
          <w:rFonts w:asciiTheme="majorHAnsi" w:hAnsiTheme="majorHAnsi" w:cstheme="majorHAnsi"/>
        </w:rPr>
        <w:t xml:space="preserve"> with Manchester city centre via Piccadilly Station. </w:t>
      </w:r>
      <w:r w:rsidR="00326BAD" w:rsidRPr="003C0427">
        <w:rPr>
          <w:rFonts w:asciiTheme="majorHAnsi" w:hAnsiTheme="majorHAnsi" w:cstheme="majorHAnsi"/>
        </w:rPr>
        <w:t>The bus</w:t>
      </w:r>
      <w:r w:rsidRPr="003C0427">
        <w:rPr>
          <w:rFonts w:asciiTheme="majorHAnsi" w:hAnsiTheme="majorHAnsi" w:cstheme="majorHAnsi"/>
        </w:rPr>
        <w:t xml:space="preserve"> stops </w:t>
      </w:r>
      <w:r w:rsidR="00326BAD" w:rsidRPr="003C0427">
        <w:rPr>
          <w:rFonts w:asciiTheme="majorHAnsi" w:hAnsiTheme="majorHAnsi" w:cstheme="majorHAnsi"/>
        </w:rPr>
        <w:t>opposite</w:t>
      </w:r>
      <w:r w:rsidRPr="003C0427">
        <w:rPr>
          <w:rFonts w:asciiTheme="majorHAnsi" w:hAnsiTheme="majorHAnsi" w:cstheme="majorHAnsi"/>
        </w:rPr>
        <w:t xml:space="preserve"> the venue. Most 192 buses are accessible.</w:t>
      </w:r>
      <w:r w:rsidR="00983208" w:rsidRPr="003C0427">
        <w:rPr>
          <w:rFonts w:asciiTheme="majorHAnsi" w:hAnsiTheme="majorHAnsi" w:cstheme="majorHAnsi"/>
        </w:rPr>
        <w:t xml:space="preserve"> </w:t>
      </w:r>
      <w:r w:rsidRPr="003C0427">
        <w:rPr>
          <w:rFonts w:asciiTheme="majorHAnsi" w:hAnsiTheme="majorHAnsi" w:cstheme="majorHAnsi"/>
        </w:rPr>
        <w:t xml:space="preserve">Visit www.tfgm.com for </w:t>
      </w:r>
      <w:r w:rsidR="00983208" w:rsidRPr="003C0427">
        <w:rPr>
          <w:rFonts w:asciiTheme="majorHAnsi" w:hAnsiTheme="majorHAnsi" w:cstheme="majorHAnsi"/>
        </w:rPr>
        <w:t>more details and to access their journey planner.</w:t>
      </w:r>
    </w:p>
    <w:p w14:paraId="4DBCD2B4" w14:textId="5E286CA8" w:rsidR="00CF79AB" w:rsidRPr="003C0427" w:rsidRDefault="0048091A">
      <w:pPr>
        <w:rPr>
          <w:rFonts w:asciiTheme="majorHAnsi" w:hAnsiTheme="majorHAnsi" w:cstheme="majorHAnsi"/>
        </w:rPr>
      </w:pPr>
      <w:r w:rsidRPr="003C0427">
        <w:rPr>
          <w:rFonts w:asciiTheme="majorHAnsi" w:hAnsiTheme="majorHAnsi" w:cstheme="majorHAnsi"/>
          <w:b/>
          <w:bCs/>
          <w:u w:val="single"/>
        </w:rPr>
        <w:t>Personal Assistant (PA) Tickets</w:t>
      </w:r>
      <w:r w:rsidRPr="003C0427">
        <w:rPr>
          <w:rFonts w:asciiTheme="majorHAnsi" w:hAnsiTheme="majorHAnsi" w:cstheme="majorHAnsi"/>
          <w:b/>
          <w:bCs/>
          <w:u w:val="single"/>
        </w:rPr>
        <w:br/>
      </w:r>
      <w:r w:rsidRPr="003C0427">
        <w:rPr>
          <w:rFonts w:asciiTheme="majorHAnsi" w:hAnsiTheme="majorHAnsi" w:cstheme="majorHAnsi"/>
        </w:rPr>
        <w:t>P</w:t>
      </w:r>
      <w:r w:rsidR="00401C17" w:rsidRPr="003C0427">
        <w:rPr>
          <w:rFonts w:asciiTheme="majorHAnsi" w:hAnsiTheme="majorHAnsi" w:cstheme="majorHAnsi"/>
        </w:rPr>
        <w:t xml:space="preserve">ersonal Assistant </w:t>
      </w:r>
      <w:r w:rsidRPr="003C0427">
        <w:rPr>
          <w:rFonts w:asciiTheme="majorHAnsi" w:hAnsiTheme="majorHAnsi" w:cstheme="majorHAnsi"/>
        </w:rPr>
        <w:t>ticket</w:t>
      </w:r>
      <w:r w:rsidR="00401C17" w:rsidRPr="003C0427">
        <w:rPr>
          <w:rFonts w:asciiTheme="majorHAnsi" w:hAnsiTheme="majorHAnsi" w:cstheme="majorHAnsi"/>
        </w:rPr>
        <w:t>s are available</w:t>
      </w:r>
      <w:r w:rsidRPr="003C0427">
        <w:rPr>
          <w:rFonts w:asciiTheme="majorHAnsi" w:hAnsiTheme="majorHAnsi" w:cstheme="majorHAnsi"/>
        </w:rPr>
        <w:t xml:space="preserve"> with valid proof (such as PIP</w:t>
      </w:r>
      <w:r w:rsidR="00983208" w:rsidRPr="003C0427">
        <w:rPr>
          <w:rFonts w:asciiTheme="majorHAnsi" w:hAnsiTheme="majorHAnsi" w:cstheme="majorHAnsi"/>
        </w:rPr>
        <w:t>,</w:t>
      </w:r>
      <w:r w:rsidRPr="003C0427">
        <w:rPr>
          <w:rFonts w:asciiTheme="majorHAnsi" w:hAnsiTheme="majorHAnsi" w:cstheme="majorHAnsi"/>
        </w:rPr>
        <w:t xml:space="preserve"> DLA</w:t>
      </w:r>
      <w:r w:rsidR="00983208" w:rsidRPr="003C0427">
        <w:rPr>
          <w:rFonts w:asciiTheme="majorHAnsi" w:hAnsiTheme="majorHAnsi" w:cstheme="majorHAnsi"/>
        </w:rPr>
        <w:t xml:space="preserve"> or the Nimbus Access Card with the +1 present on the card</w:t>
      </w:r>
      <w:r w:rsidR="004021A3">
        <w:rPr>
          <w:rFonts w:asciiTheme="majorHAnsi" w:hAnsiTheme="majorHAnsi" w:cstheme="majorHAnsi"/>
        </w:rPr>
        <w:t>, for other proofs of eligibility, please see our Companion Policy</w:t>
      </w:r>
      <w:r w:rsidRPr="003C0427">
        <w:rPr>
          <w:rFonts w:asciiTheme="majorHAnsi" w:hAnsiTheme="majorHAnsi" w:cstheme="majorHAnsi"/>
        </w:rPr>
        <w:t>), subject to availability</w:t>
      </w:r>
      <w:r w:rsidR="00983208" w:rsidRPr="003C0427">
        <w:rPr>
          <w:rFonts w:asciiTheme="majorHAnsi" w:hAnsiTheme="majorHAnsi" w:cstheme="majorHAnsi"/>
        </w:rPr>
        <w:t xml:space="preserve"> on a 1:1 basis</w:t>
      </w:r>
      <w:r w:rsidR="006019F0" w:rsidRPr="003C0427">
        <w:rPr>
          <w:rFonts w:asciiTheme="majorHAnsi" w:hAnsiTheme="majorHAnsi" w:cstheme="majorHAnsi"/>
        </w:rPr>
        <w:t>. Accessible</w:t>
      </w:r>
      <w:r w:rsidRPr="003C0427">
        <w:rPr>
          <w:rFonts w:asciiTheme="majorHAnsi" w:hAnsiTheme="majorHAnsi" w:cstheme="majorHAnsi"/>
        </w:rPr>
        <w:t xml:space="preserve"> </w:t>
      </w:r>
      <w:r w:rsidR="006019F0" w:rsidRPr="003C0427">
        <w:rPr>
          <w:rFonts w:asciiTheme="majorHAnsi" w:hAnsiTheme="majorHAnsi" w:cstheme="majorHAnsi"/>
        </w:rPr>
        <w:t xml:space="preserve">and </w:t>
      </w:r>
      <w:r w:rsidRPr="003C0427">
        <w:rPr>
          <w:rFonts w:asciiTheme="majorHAnsi" w:hAnsiTheme="majorHAnsi" w:cstheme="majorHAnsi"/>
        </w:rPr>
        <w:t>PA tickets should be booked together directly</w:t>
      </w:r>
      <w:r w:rsidR="00983208" w:rsidRPr="003C0427">
        <w:rPr>
          <w:rFonts w:asciiTheme="majorHAnsi" w:hAnsiTheme="majorHAnsi" w:cstheme="majorHAnsi"/>
        </w:rPr>
        <w:t xml:space="preserve"> only</w:t>
      </w:r>
      <w:r w:rsidRPr="003C0427">
        <w:rPr>
          <w:rFonts w:asciiTheme="majorHAnsi" w:hAnsiTheme="majorHAnsi" w:cstheme="majorHAnsi"/>
        </w:rPr>
        <w:t xml:space="preserve"> with the venue by calling 0161 273 7785. We </w:t>
      </w:r>
      <w:r w:rsidR="006019F0" w:rsidRPr="003C0427">
        <w:rPr>
          <w:rFonts w:asciiTheme="majorHAnsi" w:hAnsiTheme="majorHAnsi" w:cstheme="majorHAnsi"/>
        </w:rPr>
        <w:t>are unable to amend bookings made</w:t>
      </w:r>
      <w:r w:rsidRPr="003C0427">
        <w:rPr>
          <w:rFonts w:asciiTheme="majorHAnsi" w:hAnsiTheme="majorHAnsi" w:cstheme="majorHAnsi"/>
        </w:rPr>
        <w:t xml:space="preserve"> elsewhere.</w:t>
      </w:r>
    </w:p>
    <w:p w14:paraId="68249D9B" w14:textId="2A3D8E3F" w:rsidR="00314359" w:rsidRPr="003C0427" w:rsidRDefault="0048091A">
      <w:pPr>
        <w:rPr>
          <w:rFonts w:asciiTheme="majorHAnsi" w:hAnsiTheme="majorHAnsi" w:cstheme="majorHAnsi"/>
        </w:rPr>
      </w:pPr>
      <w:r w:rsidRPr="003C0427">
        <w:rPr>
          <w:rFonts w:asciiTheme="majorHAnsi" w:hAnsiTheme="majorHAnsi" w:cstheme="majorHAnsi"/>
          <w:b/>
          <w:bCs/>
          <w:u w:val="single"/>
        </w:rPr>
        <w:t>Box Office</w:t>
      </w:r>
    </w:p>
    <w:p w14:paraId="21C5AE4D" w14:textId="5138E656" w:rsidR="006E7B28" w:rsidRPr="003C0427" w:rsidRDefault="00314359">
      <w:pPr>
        <w:rPr>
          <w:rFonts w:asciiTheme="majorHAnsi" w:hAnsiTheme="majorHAnsi" w:cstheme="majorHAnsi"/>
        </w:rPr>
      </w:pPr>
      <w:r w:rsidRPr="003C0427">
        <w:rPr>
          <w:rFonts w:asciiTheme="majorHAnsi" w:hAnsiTheme="majorHAnsi" w:cstheme="majorHAnsi"/>
        </w:rPr>
        <w:t>The</w:t>
      </w:r>
      <w:r w:rsidR="0048091A" w:rsidRPr="003C0427">
        <w:rPr>
          <w:rFonts w:asciiTheme="majorHAnsi" w:hAnsiTheme="majorHAnsi" w:cstheme="majorHAnsi"/>
        </w:rPr>
        <w:t xml:space="preserve"> Box Office is at the front of the </w:t>
      </w:r>
      <w:r w:rsidRPr="003C0427">
        <w:rPr>
          <w:rFonts w:asciiTheme="majorHAnsi" w:hAnsiTheme="majorHAnsi" w:cstheme="majorHAnsi"/>
        </w:rPr>
        <w:t>building</w:t>
      </w:r>
      <w:r w:rsidR="0048091A" w:rsidRPr="003C0427">
        <w:rPr>
          <w:rFonts w:asciiTheme="majorHAnsi" w:hAnsiTheme="majorHAnsi" w:cstheme="majorHAnsi"/>
        </w:rPr>
        <w:t xml:space="preserve">. There are two steps, but there’s a buzzer to speak to staff directly. The Box Office is staffed on event nights from around 5.00pm to 9.00pm. </w:t>
      </w:r>
      <w:r w:rsidR="00983208" w:rsidRPr="003C0427">
        <w:rPr>
          <w:rFonts w:asciiTheme="majorHAnsi" w:hAnsiTheme="majorHAnsi" w:cstheme="majorHAnsi"/>
        </w:rPr>
        <w:t xml:space="preserve">Security </w:t>
      </w:r>
      <w:r w:rsidR="0048091A" w:rsidRPr="003C0427">
        <w:rPr>
          <w:rFonts w:asciiTheme="majorHAnsi" w:hAnsiTheme="majorHAnsi" w:cstheme="majorHAnsi"/>
        </w:rPr>
        <w:t>Staff are also available outside</w:t>
      </w:r>
      <w:r w:rsidRPr="003C0427">
        <w:rPr>
          <w:rFonts w:asciiTheme="majorHAnsi" w:hAnsiTheme="majorHAnsi" w:cstheme="majorHAnsi"/>
        </w:rPr>
        <w:t xml:space="preserve">. </w:t>
      </w:r>
      <w:r w:rsidR="006E7B28" w:rsidRPr="003C0427">
        <w:rPr>
          <w:rFonts w:asciiTheme="majorHAnsi" w:hAnsiTheme="majorHAnsi" w:cstheme="majorHAnsi"/>
          <w:lang w:val="en-GB"/>
        </w:rPr>
        <w:t xml:space="preserve">What3Words for the box office: </w:t>
      </w:r>
      <w:r w:rsidR="006E7B28" w:rsidRPr="003C0427">
        <w:rPr>
          <w:rFonts w:asciiTheme="majorHAnsi" w:hAnsiTheme="majorHAnsi" w:cstheme="majorHAnsi"/>
          <w:b/>
          <w:bCs/>
          <w:lang w:val="en-GB"/>
        </w:rPr>
        <w:t>flight.wounds.weeks</w:t>
      </w:r>
    </w:p>
    <w:p w14:paraId="6D5385D4" w14:textId="4EAA59C7" w:rsidR="00762938" w:rsidRPr="003C0427" w:rsidRDefault="00737728" w:rsidP="00983208">
      <w:pPr>
        <w:rPr>
          <w:rFonts w:asciiTheme="majorHAnsi" w:hAnsiTheme="majorHAnsi" w:cstheme="majorHAnsi"/>
        </w:rPr>
      </w:pPr>
      <w:r w:rsidRPr="003C0427">
        <w:rPr>
          <w:rFonts w:asciiTheme="majorHAnsi" w:hAnsiTheme="majorHAnsi" w:cstheme="majorHAnsi"/>
          <w:b/>
          <w:bCs/>
          <w:u w:val="single"/>
        </w:rPr>
        <w:t xml:space="preserve">Stalls Access </w:t>
      </w:r>
      <w:r w:rsidR="0048091A" w:rsidRPr="003C0427">
        <w:rPr>
          <w:rFonts w:asciiTheme="majorHAnsi" w:hAnsiTheme="majorHAnsi" w:cstheme="majorHAnsi"/>
          <w:b/>
          <w:bCs/>
          <w:u w:val="single"/>
        </w:rPr>
        <w:t>Viewing Platform</w:t>
      </w:r>
      <w:r w:rsidRPr="003C0427">
        <w:rPr>
          <w:rFonts w:asciiTheme="majorHAnsi" w:hAnsiTheme="majorHAnsi" w:cstheme="majorHAnsi"/>
          <w:b/>
          <w:bCs/>
          <w:u w:val="single"/>
        </w:rPr>
        <w:t xml:space="preserve"> (Available on Standing Shows only)</w:t>
      </w:r>
      <w:r w:rsidR="0048091A" w:rsidRPr="003C0427">
        <w:rPr>
          <w:rFonts w:asciiTheme="majorHAnsi" w:hAnsiTheme="majorHAnsi" w:cstheme="majorHAnsi"/>
        </w:rPr>
        <w:br/>
      </w:r>
      <w:r w:rsidR="00314359" w:rsidRPr="003C0427">
        <w:rPr>
          <w:rFonts w:asciiTheme="majorHAnsi" w:hAnsiTheme="majorHAnsi" w:cstheme="majorHAnsi"/>
        </w:rPr>
        <w:t>There is</w:t>
      </w:r>
      <w:r w:rsidR="0048091A" w:rsidRPr="003C0427">
        <w:rPr>
          <w:rFonts w:asciiTheme="majorHAnsi" w:hAnsiTheme="majorHAnsi" w:cstheme="majorHAnsi"/>
        </w:rPr>
        <w:t xml:space="preserve"> a </w:t>
      </w:r>
      <w:r w:rsidR="00314359" w:rsidRPr="003C0427">
        <w:rPr>
          <w:rFonts w:asciiTheme="majorHAnsi" w:hAnsiTheme="majorHAnsi" w:cstheme="majorHAnsi"/>
        </w:rPr>
        <w:t xml:space="preserve">raised </w:t>
      </w:r>
      <w:r w:rsidR="0048091A" w:rsidRPr="003C0427">
        <w:rPr>
          <w:rFonts w:asciiTheme="majorHAnsi" w:hAnsiTheme="majorHAnsi" w:cstheme="majorHAnsi"/>
        </w:rPr>
        <w:t xml:space="preserve">viewing platform </w:t>
      </w:r>
      <w:r w:rsidR="00314359" w:rsidRPr="003C0427">
        <w:rPr>
          <w:rFonts w:asciiTheme="majorHAnsi" w:hAnsiTheme="majorHAnsi" w:cstheme="majorHAnsi"/>
        </w:rPr>
        <w:t>in rear</w:t>
      </w:r>
      <w:r w:rsidR="0048091A" w:rsidRPr="003C0427">
        <w:rPr>
          <w:rFonts w:asciiTheme="majorHAnsi" w:hAnsiTheme="majorHAnsi" w:cstheme="majorHAnsi"/>
        </w:rPr>
        <w:t xml:space="preserve"> Stalls (House Right).</w:t>
      </w:r>
      <w:r w:rsidRPr="003C0427">
        <w:rPr>
          <w:rFonts w:asciiTheme="majorHAnsi" w:hAnsiTheme="majorHAnsi" w:cstheme="majorHAnsi"/>
        </w:rPr>
        <w:t xml:space="preserve"> This is available for wheelchair users</w:t>
      </w:r>
      <w:r w:rsidR="00A867CB" w:rsidRPr="003C0427">
        <w:rPr>
          <w:rFonts w:asciiTheme="majorHAnsi" w:hAnsiTheme="majorHAnsi" w:cstheme="majorHAnsi"/>
        </w:rPr>
        <w:t xml:space="preserve"> and </w:t>
      </w:r>
      <w:r w:rsidRPr="003C0427">
        <w:rPr>
          <w:rFonts w:asciiTheme="majorHAnsi" w:hAnsiTheme="majorHAnsi" w:cstheme="majorHAnsi"/>
        </w:rPr>
        <w:t xml:space="preserve">customers who are unable to use stairs to reach the access area in </w:t>
      </w:r>
      <w:r w:rsidR="00314359" w:rsidRPr="003C0427">
        <w:rPr>
          <w:rFonts w:asciiTheme="majorHAnsi" w:hAnsiTheme="majorHAnsi" w:cstheme="majorHAnsi"/>
        </w:rPr>
        <w:t>the</w:t>
      </w:r>
      <w:r w:rsidRPr="003C0427">
        <w:rPr>
          <w:rFonts w:asciiTheme="majorHAnsi" w:hAnsiTheme="majorHAnsi" w:cstheme="majorHAnsi"/>
        </w:rPr>
        <w:t xml:space="preserve"> Circl</w:t>
      </w:r>
      <w:r w:rsidR="00A867CB" w:rsidRPr="003C0427">
        <w:rPr>
          <w:rFonts w:asciiTheme="majorHAnsi" w:hAnsiTheme="majorHAnsi" w:cstheme="majorHAnsi"/>
        </w:rPr>
        <w:t>e</w:t>
      </w:r>
      <w:r w:rsidRPr="003C0427">
        <w:rPr>
          <w:rFonts w:asciiTheme="majorHAnsi" w:hAnsiTheme="majorHAnsi" w:cstheme="majorHAnsi"/>
        </w:rPr>
        <w:t xml:space="preserve">. </w:t>
      </w:r>
      <w:r w:rsidR="0048091A" w:rsidRPr="003C0427">
        <w:rPr>
          <w:rFonts w:asciiTheme="majorHAnsi" w:hAnsiTheme="majorHAnsi" w:cstheme="majorHAnsi"/>
        </w:rPr>
        <w:t xml:space="preserve">One companion can sit with </w:t>
      </w:r>
      <w:r w:rsidR="00314359" w:rsidRPr="003C0427">
        <w:rPr>
          <w:rFonts w:asciiTheme="majorHAnsi" w:hAnsiTheme="majorHAnsi" w:cstheme="majorHAnsi"/>
        </w:rPr>
        <w:t>the access customer</w:t>
      </w:r>
      <w:r w:rsidR="0048091A" w:rsidRPr="003C0427">
        <w:rPr>
          <w:rFonts w:asciiTheme="majorHAnsi" w:hAnsiTheme="majorHAnsi" w:cstheme="majorHAnsi"/>
        </w:rPr>
        <w:t>, and</w:t>
      </w:r>
      <w:r w:rsidR="00314359" w:rsidRPr="003C0427">
        <w:rPr>
          <w:rFonts w:asciiTheme="majorHAnsi" w:hAnsiTheme="majorHAnsi" w:cstheme="majorHAnsi"/>
        </w:rPr>
        <w:t xml:space="preserve"> other members of the party c</w:t>
      </w:r>
      <w:r w:rsidR="0048091A" w:rsidRPr="003C0427">
        <w:rPr>
          <w:rFonts w:asciiTheme="majorHAnsi" w:hAnsiTheme="majorHAnsi" w:cstheme="majorHAnsi"/>
        </w:rPr>
        <w:t>an stand nearby. The Access Liaison and a member of security will always be on duty throughout the show</w:t>
      </w:r>
      <w:r w:rsidR="00314359" w:rsidRPr="003C0427">
        <w:rPr>
          <w:rFonts w:asciiTheme="majorHAnsi" w:hAnsiTheme="majorHAnsi" w:cstheme="majorHAnsi"/>
        </w:rPr>
        <w:t xml:space="preserve">. </w:t>
      </w:r>
    </w:p>
    <w:p w14:paraId="3600496A" w14:textId="77777777" w:rsidR="003C0427" w:rsidRDefault="003C0427" w:rsidP="00983208">
      <w:pPr>
        <w:rPr>
          <w:rFonts w:asciiTheme="majorHAnsi" w:hAnsiTheme="majorHAnsi" w:cstheme="majorHAnsi"/>
        </w:rPr>
      </w:pPr>
    </w:p>
    <w:p w14:paraId="48018E00" w14:textId="77777777" w:rsidR="003C0427" w:rsidRDefault="003C0427" w:rsidP="00983208">
      <w:pPr>
        <w:rPr>
          <w:rFonts w:asciiTheme="majorHAnsi" w:hAnsiTheme="majorHAnsi" w:cstheme="majorHAnsi"/>
        </w:rPr>
      </w:pPr>
    </w:p>
    <w:p w14:paraId="7858BA0F" w14:textId="77777777" w:rsidR="003C0427" w:rsidRDefault="003C0427" w:rsidP="00983208">
      <w:pPr>
        <w:rPr>
          <w:rFonts w:asciiTheme="majorHAnsi" w:hAnsiTheme="majorHAnsi" w:cstheme="majorHAnsi"/>
        </w:rPr>
      </w:pPr>
    </w:p>
    <w:p w14:paraId="4E642AA2" w14:textId="77777777" w:rsidR="004021A3" w:rsidRDefault="004021A3" w:rsidP="00983208">
      <w:pPr>
        <w:rPr>
          <w:rFonts w:asciiTheme="majorHAnsi" w:hAnsiTheme="majorHAnsi" w:cstheme="majorHAnsi"/>
        </w:rPr>
      </w:pPr>
    </w:p>
    <w:p w14:paraId="3609FFAB" w14:textId="1448F824" w:rsidR="00983208" w:rsidRPr="003C0427" w:rsidRDefault="0048091A" w:rsidP="00983208">
      <w:pPr>
        <w:rPr>
          <w:rFonts w:asciiTheme="majorHAnsi" w:hAnsiTheme="majorHAnsi" w:cstheme="majorHAnsi"/>
        </w:rPr>
      </w:pPr>
      <w:r w:rsidRPr="003C0427">
        <w:rPr>
          <w:rFonts w:asciiTheme="majorHAnsi" w:hAnsiTheme="majorHAnsi" w:cstheme="majorHAnsi"/>
        </w:rPr>
        <w:lastRenderedPageBreak/>
        <w:t xml:space="preserve">Accessible </w:t>
      </w:r>
      <w:r w:rsidR="00983208" w:rsidRPr="003C0427">
        <w:rPr>
          <w:rFonts w:asciiTheme="majorHAnsi" w:hAnsiTheme="majorHAnsi" w:cstheme="majorHAnsi"/>
        </w:rPr>
        <w:t>Viewing platform</w:t>
      </w:r>
      <w:r w:rsidR="00762938" w:rsidRPr="003C0427">
        <w:rPr>
          <w:rFonts w:asciiTheme="majorHAnsi" w:hAnsiTheme="majorHAnsi" w:cstheme="majorHAnsi"/>
        </w:rPr>
        <w:t>:</w:t>
      </w:r>
      <w:r w:rsidR="00762938" w:rsidRPr="003C0427">
        <w:rPr>
          <w:noProof/>
          <w:sz w:val="20"/>
          <w:szCs w:val="20"/>
        </w:rPr>
        <w:t xml:space="preserve"> </w:t>
      </w:r>
    </w:p>
    <w:p w14:paraId="6F721843" w14:textId="24B1FA47" w:rsidR="00983208" w:rsidRPr="003C0427" w:rsidRDefault="00762938" w:rsidP="006A7402">
      <w:pPr>
        <w:pStyle w:val="NormalWeb"/>
        <w:rPr>
          <w:sz w:val="22"/>
          <w:szCs w:val="22"/>
        </w:rPr>
      </w:pPr>
      <w:r w:rsidRPr="003C0427">
        <w:rPr>
          <w:noProof/>
          <w:sz w:val="22"/>
          <w:szCs w:val="22"/>
        </w:rPr>
        <w:drawing>
          <wp:inline distT="0" distB="0" distL="0" distR="0" wp14:anchorId="3FA2940F" wp14:editId="7DF8D53A">
            <wp:extent cx="2819400" cy="2114551"/>
            <wp:effectExtent l="0" t="0" r="0" b="0"/>
            <wp:docPr id="1415200451" name="Picture 1415200451" descr="A red railings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200451" name="Picture 1415200451" descr="A red railings in a room&#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23085" cy="2117315"/>
                    </a:xfrm>
                    <a:prstGeom prst="rect">
                      <a:avLst/>
                    </a:prstGeom>
                    <a:noFill/>
                    <a:ln>
                      <a:noFill/>
                    </a:ln>
                  </pic:spPr>
                </pic:pic>
              </a:graphicData>
            </a:graphic>
          </wp:inline>
        </w:drawing>
      </w:r>
    </w:p>
    <w:p w14:paraId="3740B54B" w14:textId="45D0DD50" w:rsidR="00C416E3" w:rsidRPr="003C0427" w:rsidRDefault="00C416E3" w:rsidP="006A7402">
      <w:pPr>
        <w:pStyle w:val="NormalWeb"/>
        <w:rPr>
          <w:sz w:val="22"/>
          <w:szCs w:val="22"/>
        </w:rPr>
      </w:pPr>
      <w:r w:rsidRPr="003C0427">
        <w:rPr>
          <w:rFonts w:asciiTheme="majorHAnsi" w:hAnsiTheme="majorHAnsi" w:cstheme="majorHAnsi"/>
          <w:sz w:val="22"/>
          <w:szCs w:val="22"/>
        </w:rPr>
        <w:t>This photo shows our raised access platform, located at the house right rear stalls, it has red barriers and is located next to the access entrance.</w:t>
      </w:r>
    </w:p>
    <w:p w14:paraId="6747EED7" w14:textId="77777777" w:rsidR="00983208" w:rsidRPr="003C0427" w:rsidRDefault="00983208">
      <w:pPr>
        <w:rPr>
          <w:rFonts w:asciiTheme="majorHAnsi" w:hAnsiTheme="majorHAnsi" w:cstheme="majorHAnsi"/>
        </w:rPr>
      </w:pPr>
      <w:r w:rsidRPr="003C0427">
        <w:rPr>
          <w:rFonts w:asciiTheme="majorHAnsi" w:hAnsiTheme="majorHAnsi" w:cstheme="majorHAnsi"/>
        </w:rPr>
        <w:t>View from the platform:</w:t>
      </w:r>
    </w:p>
    <w:p w14:paraId="3B36DD0E" w14:textId="77777777" w:rsidR="00983208" w:rsidRPr="003C0427" w:rsidRDefault="00983208">
      <w:pPr>
        <w:rPr>
          <w:rFonts w:asciiTheme="majorHAnsi" w:hAnsiTheme="majorHAnsi" w:cstheme="majorHAnsi"/>
        </w:rPr>
      </w:pPr>
      <w:r w:rsidRPr="003C0427">
        <w:rPr>
          <w:noProof/>
          <w:sz w:val="20"/>
          <w:szCs w:val="20"/>
          <w:lang w:eastAsia="en-GB"/>
        </w:rPr>
        <w:drawing>
          <wp:inline distT="0" distB="0" distL="0" distR="0" wp14:anchorId="25095C77" wp14:editId="020C51D2">
            <wp:extent cx="2694966" cy="2021374"/>
            <wp:effectExtent l="0" t="0" r="0" b="0"/>
            <wp:docPr id="3" name="Picture 3" descr="A stage with a stage and a red ra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tage with a stage and a red railing&#10;&#10;AI-generated content may be incorrect."/>
                    <pic:cNvPicPr/>
                  </pic:nvPicPr>
                  <pic:blipFill>
                    <a:blip r:embed="rId15" cstate="print">
                      <a:extLst>
                        <a:ext uri="{28A0092B-C50C-407E-A947-70E740481C1C}">
                          <a14:useLocalDpi xmlns:a14="http://schemas.microsoft.com/office/drawing/2010/main"/>
                        </a:ext>
                      </a:extLst>
                    </a:blip>
                    <a:stretch>
                      <a:fillRect/>
                    </a:stretch>
                  </pic:blipFill>
                  <pic:spPr>
                    <a:xfrm>
                      <a:off x="0" y="0"/>
                      <a:ext cx="2722532" cy="2042050"/>
                    </a:xfrm>
                    <a:prstGeom prst="rect">
                      <a:avLst/>
                    </a:prstGeom>
                  </pic:spPr>
                </pic:pic>
              </a:graphicData>
            </a:graphic>
          </wp:inline>
        </w:drawing>
      </w:r>
    </w:p>
    <w:p w14:paraId="0A33D1B0" w14:textId="5EEDE2CF" w:rsidR="00C416E3" w:rsidRPr="003C0427" w:rsidRDefault="00C416E3">
      <w:pPr>
        <w:rPr>
          <w:rFonts w:asciiTheme="majorHAnsi" w:hAnsiTheme="majorHAnsi" w:cstheme="majorHAnsi"/>
        </w:rPr>
      </w:pPr>
      <w:r w:rsidRPr="003C0427">
        <w:rPr>
          <w:rFonts w:asciiTheme="majorHAnsi" w:hAnsiTheme="majorHAnsi" w:cstheme="majorHAnsi"/>
        </w:rPr>
        <w:t>This photo shows a clear, unobstructed</w:t>
      </w:r>
      <w:r w:rsidR="005660C9" w:rsidRPr="003C0427">
        <w:rPr>
          <w:rFonts w:asciiTheme="majorHAnsi" w:hAnsiTheme="majorHAnsi" w:cstheme="majorHAnsi"/>
        </w:rPr>
        <w:t xml:space="preserve"> view of the stage from the access platform, there are some red barriers which show the middle section of the floor. You can also see the sound desk.</w:t>
      </w:r>
    </w:p>
    <w:p w14:paraId="3D7AFA0E" w14:textId="7805235F" w:rsidR="0048091A" w:rsidRPr="003C0427" w:rsidRDefault="00737728" w:rsidP="0048091A">
      <w:pPr>
        <w:rPr>
          <w:rFonts w:asciiTheme="majorHAnsi" w:hAnsiTheme="majorHAnsi" w:cstheme="majorHAnsi"/>
        </w:rPr>
      </w:pPr>
      <w:r w:rsidRPr="003C0427">
        <w:rPr>
          <w:rFonts w:asciiTheme="majorHAnsi" w:hAnsiTheme="majorHAnsi" w:cstheme="majorHAnsi"/>
          <w:b/>
          <w:bCs/>
          <w:u w:val="single"/>
        </w:rPr>
        <w:t>Stalls Access Seating Areas (Available on Fully Seated Shows only)</w:t>
      </w:r>
      <w:r w:rsidR="0048091A" w:rsidRPr="003C0427">
        <w:rPr>
          <w:rFonts w:asciiTheme="majorHAnsi" w:hAnsiTheme="majorHAnsi" w:cstheme="majorHAnsi"/>
        </w:rPr>
        <w:br/>
        <w:t>For fully seated shows, there is no platform in use.</w:t>
      </w:r>
      <w:r w:rsidRPr="003C0427">
        <w:rPr>
          <w:rFonts w:asciiTheme="majorHAnsi" w:hAnsiTheme="majorHAnsi" w:cstheme="majorHAnsi"/>
        </w:rPr>
        <w:t xml:space="preserve"> </w:t>
      </w:r>
      <w:r w:rsidR="0048091A" w:rsidRPr="003C0427">
        <w:rPr>
          <w:rFonts w:asciiTheme="majorHAnsi" w:hAnsiTheme="majorHAnsi" w:cstheme="majorHAnsi"/>
        </w:rPr>
        <w:t>Instead, we have designated access seating areas for:</w:t>
      </w:r>
    </w:p>
    <w:p w14:paraId="31D7C7C6" w14:textId="77777777" w:rsidR="0048091A" w:rsidRPr="003C0427" w:rsidRDefault="0048091A" w:rsidP="0048091A">
      <w:pPr>
        <w:rPr>
          <w:rFonts w:asciiTheme="majorHAnsi" w:hAnsiTheme="majorHAnsi" w:cstheme="majorHAnsi"/>
        </w:rPr>
      </w:pPr>
      <w:r w:rsidRPr="003C0427">
        <w:rPr>
          <w:rFonts w:asciiTheme="majorHAnsi" w:hAnsiTheme="majorHAnsi" w:cstheme="majorHAnsi"/>
        </w:rPr>
        <w:t>o</w:t>
      </w:r>
      <w:r w:rsidRPr="003C0427">
        <w:rPr>
          <w:rFonts w:asciiTheme="majorHAnsi" w:hAnsiTheme="majorHAnsi" w:cstheme="majorHAnsi"/>
        </w:rPr>
        <w:tab/>
        <w:t>Wheelchair users: Row C</w:t>
      </w:r>
    </w:p>
    <w:p w14:paraId="7F7AD9FE" w14:textId="3E17C4DB" w:rsidR="00CF79AB" w:rsidRPr="003C0427" w:rsidRDefault="0048091A" w:rsidP="0048091A">
      <w:pPr>
        <w:rPr>
          <w:rFonts w:asciiTheme="majorHAnsi" w:hAnsiTheme="majorHAnsi" w:cstheme="majorHAnsi"/>
        </w:rPr>
      </w:pPr>
      <w:r w:rsidRPr="003C0427">
        <w:rPr>
          <w:rFonts w:asciiTheme="majorHAnsi" w:hAnsiTheme="majorHAnsi" w:cstheme="majorHAnsi"/>
        </w:rPr>
        <w:t>o</w:t>
      </w:r>
      <w:r w:rsidRPr="003C0427">
        <w:rPr>
          <w:rFonts w:asciiTheme="majorHAnsi" w:hAnsiTheme="majorHAnsi" w:cstheme="majorHAnsi"/>
        </w:rPr>
        <w:tab/>
        <w:t>Ambulant access customers &amp; PAs: Row D (behind Row C).</w:t>
      </w:r>
    </w:p>
    <w:p w14:paraId="4CF0E924" w14:textId="1868B259" w:rsidR="0048091A" w:rsidRPr="003C0427" w:rsidRDefault="0048091A" w:rsidP="0048091A">
      <w:pPr>
        <w:rPr>
          <w:rFonts w:asciiTheme="majorHAnsi" w:hAnsiTheme="majorHAnsi" w:cstheme="majorHAnsi"/>
        </w:rPr>
      </w:pPr>
      <w:r w:rsidRPr="003C0427">
        <w:rPr>
          <w:rFonts w:asciiTheme="majorHAnsi" w:hAnsiTheme="majorHAnsi" w:cstheme="majorHAnsi"/>
        </w:rPr>
        <w:t>Access seating is provided on both house left and house right sides of the stalls.</w:t>
      </w:r>
    </w:p>
    <w:p w14:paraId="436796BE" w14:textId="77777777" w:rsidR="003C0427" w:rsidRDefault="003C0427" w:rsidP="0048091A">
      <w:pPr>
        <w:rPr>
          <w:rFonts w:asciiTheme="majorHAnsi" w:hAnsiTheme="majorHAnsi" w:cstheme="majorHAnsi"/>
        </w:rPr>
      </w:pPr>
    </w:p>
    <w:p w14:paraId="12EC25E3" w14:textId="35A2D8E5" w:rsidR="006A7402" w:rsidRPr="003C0427" w:rsidRDefault="006A7402" w:rsidP="0048091A">
      <w:pPr>
        <w:rPr>
          <w:rFonts w:asciiTheme="majorHAnsi" w:hAnsiTheme="majorHAnsi" w:cstheme="majorHAnsi"/>
        </w:rPr>
      </w:pPr>
      <w:r w:rsidRPr="003C0427">
        <w:rPr>
          <w:rFonts w:asciiTheme="majorHAnsi" w:hAnsiTheme="majorHAnsi" w:cstheme="majorHAnsi"/>
        </w:rPr>
        <w:lastRenderedPageBreak/>
        <w:t>Stalls Accessible seating:</w:t>
      </w:r>
    </w:p>
    <w:p w14:paraId="7D05E964" w14:textId="78430420" w:rsidR="006A7402" w:rsidRPr="003C0427" w:rsidRDefault="006A7402" w:rsidP="006019F0">
      <w:pPr>
        <w:pStyle w:val="NormalWeb"/>
        <w:rPr>
          <w:sz w:val="22"/>
          <w:szCs w:val="22"/>
        </w:rPr>
      </w:pPr>
      <w:r w:rsidRPr="003C0427">
        <w:rPr>
          <w:noProof/>
          <w:sz w:val="22"/>
          <w:szCs w:val="22"/>
        </w:rPr>
        <w:drawing>
          <wp:inline distT="0" distB="0" distL="0" distR="0" wp14:anchorId="0F5944CA" wp14:editId="6BAF959E">
            <wp:extent cx="2213451" cy="2951269"/>
            <wp:effectExtent l="0" t="0" r="0" b="1905"/>
            <wp:docPr id="4" name="Picture 3" descr="A theater with red carpet and sea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theater with red carpet and seats&#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34458" cy="2979278"/>
                    </a:xfrm>
                    <a:prstGeom prst="rect">
                      <a:avLst/>
                    </a:prstGeom>
                    <a:noFill/>
                    <a:ln>
                      <a:noFill/>
                    </a:ln>
                  </pic:spPr>
                </pic:pic>
              </a:graphicData>
            </a:graphic>
          </wp:inline>
        </w:drawing>
      </w:r>
    </w:p>
    <w:p w14:paraId="47B25886" w14:textId="5518B6F4" w:rsidR="005660C9" w:rsidRPr="003C0427" w:rsidRDefault="005660C9" w:rsidP="005660C9">
      <w:pPr>
        <w:rPr>
          <w:rFonts w:asciiTheme="majorHAnsi" w:hAnsiTheme="majorHAnsi" w:cstheme="majorHAnsi"/>
        </w:rPr>
      </w:pPr>
      <w:r w:rsidRPr="003C0427">
        <w:rPr>
          <w:rFonts w:asciiTheme="majorHAnsi" w:hAnsiTheme="majorHAnsi" w:cstheme="majorHAnsi"/>
        </w:rPr>
        <w:t>This photo shows the access seating area house left, there are 6 seats, with 6 spaces in front.</w:t>
      </w:r>
    </w:p>
    <w:p w14:paraId="233B1A87" w14:textId="639B4AC4" w:rsidR="001B3A59" w:rsidRPr="003C0427" w:rsidRDefault="001B3A59" w:rsidP="001B3A59">
      <w:pPr>
        <w:rPr>
          <w:rFonts w:asciiTheme="majorHAnsi" w:hAnsiTheme="majorHAnsi" w:cstheme="majorHAnsi"/>
        </w:rPr>
      </w:pPr>
      <w:r w:rsidRPr="003C0427">
        <w:rPr>
          <w:rFonts w:asciiTheme="majorHAnsi" w:hAnsiTheme="majorHAnsi" w:cstheme="majorHAnsi"/>
        </w:rPr>
        <w:t>View from the Stalls seating:</w:t>
      </w:r>
    </w:p>
    <w:p w14:paraId="4B82BC94" w14:textId="35828731" w:rsidR="001B3A59" w:rsidRPr="003C0427" w:rsidRDefault="001B3A59" w:rsidP="006019F0">
      <w:pPr>
        <w:pStyle w:val="NormalWeb"/>
        <w:rPr>
          <w:sz w:val="22"/>
          <w:szCs w:val="22"/>
        </w:rPr>
      </w:pPr>
      <w:r w:rsidRPr="003C0427">
        <w:rPr>
          <w:noProof/>
          <w:sz w:val="22"/>
          <w:szCs w:val="22"/>
        </w:rPr>
        <w:drawing>
          <wp:inline distT="0" distB="0" distL="0" distR="0" wp14:anchorId="6B892243" wp14:editId="3509C2CF">
            <wp:extent cx="3075940" cy="2306955"/>
            <wp:effectExtent l="0" t="0" r="0" b="0"/>
            <wp:docPr id="2012655931" name="Picture 1" descr="A stage with a red wall and a red carp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55931" name="Picture 1" descr="A stage with a red wall and a red carpet&#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82342" cy="2311757"/>
                    </a:xfrm>
                    <a:prstGeom prst="rect">
                      <a:avLst/>
                    </a:prstGeom>
                    <a:noFill/>
                  </pic:spPr>
                </pic:pic>
              </a:graphicData>
            </a:graphic>
          </wp:inline>
        </w:drawing>
      </w:r>
    </w:p>
    <w:p w14:paraId="2DD542DA" w14:textId="00F05592" w:rsidR="005660C9" w:rsidRPr="003C0427" w:rsidRDefault="005660C9" w:rsidP="006019F0">
      <w:pPr>
        <w:pStyle w:val="NormalWeb"/>
        <w:rPr>
          <w:sz w:val="22"/>
          <w:szCs w:val="22"/>
        </w:rPr>
      </w:pPr>
      <w:r w:rsidRPr="003C0427">
        <w:rPr>
          <w:rFonts w:asciiTheme="majorHAnsi" w:hAnsiTheme="majorHAnsi" w:cstheme="majorHAnsi"/>
          <w:sz w:val="22"/>
          <w:szCs w:val="22"/>
        </w:rPr>
        <w:t>This photo shows a clear, unobstructed view of the stage from the house left access seating area.</w:t>
      </w:r>
    </w:p>
    <w:p w14:paraId="1946D4B3" w14:textId="7A51B406" w:rsidR="00737728" w:rsidRPr="003C0427" w:rsidRDefault="00865A38" w:rsidP="00737728">
      <w:pPr>
        <w:rPr>
          <w:rFonts w:asciiTheme="majorHAnsi" w:hAnsiTheme="majorHAnsi" w:cstheme="majorHAnsi"/>
          <w:b/>
          <w:bCs/>
          <w:u w:val="single"/>
        </w:rPr>
      </w:pPr>
      <w:r w:rsidRPr="003C0427">
        <w:rPr>
          <w:rFonts w:asciiTheme="majorHAnsi" w:hAnsiTheme="majorHAnsi" w:cstheme="majorHAnsi"/>
          <w:b/>
          <w:bCs/>
          <w:u w:val="single"/>
        </w:rPr>
        <w:t>Circle</w:t>
      </w:r>
      <w:r w:rsidR="00737728" w:rsidRPr="003C0427">
        <w:rPr>
          <w:rFonts w:asciiTheme="majorHAnsi" w:hAnsiTheme="majorHAnsi" w:cstheme="majorHAnsi"/>
          <w:b/>
          <w:bCs/>
          <w:u w:val="single"/>
        </w:rPr>
        <w:t xml:space="preserve"> Access Seating Area (Available for All Show Types)</w:t>
      </w:r>
    </w:p>
    <w:p w14:paraId="781EE51C" w14:textId="49B0A8C1" w:rsidR="00737728" w:rsidRPr="003C0427" w:rsidRDefault="00737728" w:rsidP="00737728">
      <w:pPr>
        <w:rPr>
          <w:rFonts w:asciiTheme="majorHAnsi" w:hAnsiTheme="majorHAnsi" w:cstheme="majorHAnsi"/>
          <w:b/>
          <w:bCs/>
          <w:u w:val="single"/>
        </w:rPr>
      </w:pPr>
      <w:r w:rsidRPr="003C0427">
        <w:rPr>
          <w:rFonts w:asciiTheme="majorHAnsi" w:hAnsiTheme="majorHAnsi" w:cstheme="majorHAnsi"/>
          <w:lang w:val="en-GB"/>
        </w:rPr>
        <w:t>For customers who:</w:t>
      </w:r>
    </w:p>
    <w:p w14:paraId="544869AB" w14:textId="77777777" w:rsidR="00737728" w:rsidRPr="003C0427" w:rsidRDefault="00737728" w:rsidP="00737728">
      <w:pPr>
        <w:numPr>
          <w:ilvl w:val="1"/>
          <w:numId w:val="10"/>
        </w:numPr>
        <w:rPr>
          <w:rFonts w:asciiTheme="majorHAnsi" w:hAnsiTheme="majorHAnsi" w:cstheme="majorHAnsi"/>
          <w:lang w:val="en-GB"/>
        </w:rPr>
      </w:pPr>
      <w:r w:rsidRPr="003C0427">
        <w:rPr>
          <w:rFonts w:asciiTheme="majorHAnsi" w:hAnsiTheme="majorHAnsi" w:cstheme="majorHAnsi"/>
          <w:lang w:val="en-GB"/>
        </w:rPr>
        <w:t>Can’t stand for long periods</w:t>
      </w:r>
    </w:p>
    <w:p w14:paraId="01D8CB05" w14:textId="1475415B" w:rsidR="00737728" w:rsidRPr="003C0427" w:rsidRDefault="00737728" w:rsidP="0048091A">
      <w:pPr>
        <w:numPr>
          <w:ilvl w:val="1"/>
          <w:numId w:val="10"/>
        </w:numPr>
        <w:rPr>
          <w:rFonts w:asciiTheme="majorHAnsi" w:hAnsiTheme="majorHAnsi" w:cstheme="majorHAnsi"/>
          <w:lang w:val="en-GB"/>
        </w:rPr>
      </w:pPr>
      <w:r w:rsidRPr="003C0427">
        <w:rPr>
          <w:rFonts w:asciiTheme="majorHAnsi" w:hAnsiTheme="majorHAnsi" w:cstheme="majorHAnsi"/>
          <w:lang w:val="en-GB"/>
        </w:rPr>
        <w:lastRenderedPageBreak/>
        <w:t>Need extra legroom or front-row seating</w:t>
      </w:r>
    </w:p>
    <w:p w14:paraId="7FE1F9A4" w14:textId="70066985" w:rsidR="00737728" w:rsidRPr="003C0427" w:rsidRDefault="00737728" w:rsidP="00737728">
      <w:pPr>
        <w:rPr>
          <w:rFonts w:asciiTheme="majorHAnsi" w:hAnsiTheme="majorHAnsi" w:cstheme="majorHAnsi"/>
          <w:lang w:val="en-GB"/>
        </w:rPr>
      </w:pPr>
      <w:r w:rsidRPr="003C0427">
        <w:rPr>
          <w:rFonts w:asciiTheme="majorHAnsi" w:hAnsiTheme="majorHAnsi" w:cstheme="majorHAnsi"/>
          <w:lang w:val="en-GB"/>
        </w:rPr>
        <w:t xml:space="preserve">Please note </w:t>
      </w:r>
      <w:r w:rsidR="006019F0" w:rsidRPr="003C0427">
        <w:rPr>
          <w:rFonts w:asciiTheme="majorHAnsi" w:hAnsiTheme="majorHAnsi" w:cstheme="majorHAnsi"/>
          <w:lang w:val="en-GB"/>
        </w:rPr>
        <w:t>the venue does not have</w:t>
      </w:r>
      <w:r w:rsidRPr="003C0427">
        <w:rPr>
          <w:rFonts w:asciiTheme="majorHAnsi" w:hAnsiTheme="majorHAnsi" w:cstheme="majorHAnsi"/>
          <w:lang w:val="en-GB"/>
        </w:rPr>
        <w:t xml:space="preserve"> a lif</w:t>
      </w:r>
      <w:r w:rsidR="001B3A59" w:rsidRPr="003C0427">
        <w:rPr>
          <w:rFonts w:asciiTheme="majorHAnsi" w:hAnsiTheme="majorHAnsi" w:cstheme="majorHAnsi"/>
          <w:lang w:val="en-GB"/>
        </w:rPr>
        <w:t>t</w:t>
      </w:r>
      <w:r w:rsidRPr="003C0427">
        <w:rPr>
          <w:rFonts w:asciiTheme="majorHAnsi" w:hAnsiTheme="majorHAnsi" w:cstheme="majorHAnsi"/>
          <w:lang w:val="en-GB"/>
        </w:rPr>
        <w:t xml:space="preserve"> so this area is only suitable for access customers who are able to use the stairs in the venue, there is approximately 40 steps to reach this area.</w:t>
      </w:r>
    </w:p>
    <w:p w14:paraId="37A2C0B2" w14:textId="799E2855" w:rsidR="006A7402" w:rsidRPr="003C0427" w:rsidRDefault="006A7402" w:rsidP="00737728">
      <w:pPr>
        <w:rPr>
          <w:rFonts w:asciiTheme="majorHAnsi" w:hAnsiTheme="majorHAnsi" w:cstheme="majorHAnsi"/>
          <w:lang w:val="en-GB"/>
        </w:rPr>
      </w:pPr>
      <w:r w:rsidRPr="003C0427">
        <w:rPr>
          <w:rFonts w:asciiTheme="majorHAnsi" w:hAnsiTheme="majorHAnsi" w:cstheme="majorHAnsi"/>
          <w:lang w:val="en-GB"/>
        </w:rPr>
        <w:t>Circle Accessible seating:</w:t>
      </w:r>
    </w:p>
    <w:p w14:paraId="58E313FE" w14:textId="77777777" w:rsidR="001B3A59" w:rsidRPr="003C0427" w:rsidRDefault="006A7402" w:rsidP="001B3A59">
      <w:pPr>
        <w:pStyle w:val="NormalWeb"/>
        <w:rPr>
          <w:rFonts w:asciiTheme="majorHAnsi" w:hAnsiTheme="majorHAnsi" w:cstheme="majorHAnsi"/>
          <w:sz w:val="22"/>
          <w:szCs w:val="22"/>
        </w:rPr>
      </w:pPr>
      <w:r w:rsidRPr="003C0427">
        <w:rPr>
          <w:noProof/>
          <w:sz w:val="22"/>
          <w:szCs w:val="22"/>
        </w:rPr>
        <w:drawing>
          <wp:inline distT="0" distB="0" distL="0" distR="0" wp14:anchorId="321EACD8" wp14:editId="7EE13EA2">
            <wp:extent cx="2035969" cy="2714625"/>
            <wp:effectExtent l="0" t="0" r="2540" b="0"/>
            <wp:docPr id="2" name="Picture 1" descr="A row of seats in a the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row of seats in a theater&#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53124" cy="2737499"/>
                    </a:xfrm>
                    <a:prstGeom prst="rect">
                      <a:avLst/>
                    </a:prstGeom>
                    <a:noFill/>
                    <a:ln>
                      <a:noFill/>
                    </a:ln>
                  </pic:spPr>
                </pic:pic>
              </a:graphicData>
            </a:graphic>
          </wp:inline>
        </w:drawing>
      </w:r>
    </w:p>
    <w:p w14:paraId="2DFF876E" w14:textId="4E5BDEA4" w:rsidR="005660C9" w:rsidRPr="003C0427" w:rsidRDefault="005660C9" w:rsidP="001B3A59">
      <w:pPr>
        <w:pStyle w:val="NormalWeb"/>
        <w:rPr>
          <w:rFonts w:asciiTheme="majorHAnsi" w:hAnsiTheme="majorHAnsi" w:cstheme="majorHAnsi"/>
          <w:sz w:val="22"/>
          <w:szCs w:val="22"/>
        </w:rPr>
      </w:pPr>
      <w:r w:rsidRPr="003C0427">
        <w:rPr>
          <w:rFonts w:asciiTheme="majorHAnsi" w:hAnsiTheme="majorHAnsi" w:cstheme="majorHAnsi"/>
          <w:sz w:val="22"/>
          <w:szCs w:val="22"/>
        </w:rPr>
        <w:t xml:space="preserve">This </w:t>
      </w:r>
      <w:r w:rsidR="003C0427" w:rsidRPr="003C0427">
        <w:rPr>
          <w:rFonts w:asciiTheme="majorHAnsi" w:hAnsiTheme="majorHAnsi" w:cstheme="majorHAnsi"/>
          <w:sz w:val="22"/>
          <w:szCs w:val="22"/>
        </w:rPr>
        <w:t xml:space="preserve">photo </w:t>
      </w:r>
      <w:r w:rsidRPr="003C0427">
        <w:rPr>
          <w:rFonts w:asciiTheme="majorHAnsi" w:hAnsiTheme="majorHAnsi" w:cstheme="majorHAnsi"/>
          <w:sz w:val="22"/>
          <w:szCs w:val="22"/>
        </w:rPr>
        <w:t xml:space="preserve">shows the access seating area </w:t>
      </w:r>
      <w:r w:rsidR="003C0427" w:rsidRPr="003C0427">
        <w:rPr>
          <w:rFonts w:asciiTheme="majorHAnsi" w:hAnsiTheme="majorHAnsi" w:cstheme="majorHAnsi"/>
          <w:sz w:val="22"/>
          <w:szCs w:val="22"/>
        </w:rPr>
        <w:t>in the circle.</w:t>
      </w:r>
    </w:p>
    <w:p w14:paraId="5A6FD384" w14:textId="5C914FB9" w:rsidR="006A7402" w:rsidRPr="003C0427" w:rsidRDefault="001B3A59" w:rsidP="001B3A59">
      <w:pPr>
        <w:pStyle w:val="NormalWeb"/>
        <w:rPr>
          <w:rFonts w:asciiTheme="majorHAnsi" w:hAnsiTheme="majorHAnsi" w:cstheme="majorHAnsi"/>
          <w:sz w:val="22"/>
          <w:szCs w:val="22"/>
        </w:rPr>
      </w:pPr>
      <w:r w:rsidRPr="003C0427">
        <w:rPr>
          <w:rFonts w:asciiTheme="majorHAnsi" w:hAnsiTheme="majorHAnsi" w:cstheme="majorHAnsi"/>
          <w:sz w:val="22"/>
          <w:szCs w:val="22"/>
        </w:rPr>
        <w:t>View from Circle Accessible seats:</w:t>
      </w:r>
      <w:r w:rsidRPr="003C0427">
        <w:rPr>
          <w:rFonts w:asciiTheme="majorHAnsi" w:hAnsiTheme="majorHAnsi" w:cstheme="majorHAnsi"/>
          <w:noProof/>
          <w:sz w:val="22"/>
          <w:szCs w:val="22"/>
        </w:rPr>
        <w:t xml:space="preserve"> </w:t>
      </w:r>
    </w:p>
    <w:p w14:paraId="2DA1F58B" w14:textId="6A96198B" w:rsidR="001B3A59" w:rsidRPr="003C0427" w:rsidRDefault="001B3A59" w:rsidP="00737728">
      <w:pPr>
        <w:rPr>
          <w:rFonts w:asciiTheme="majorHAnsi" w:hAnsiTheme="majorHAnsi" w:cstheme="majorHAnsi"/>
          <w:lang w:val="en-GB"/>
        </w:rPr>
      </w:pPr>
      <w:r w:rsidRPr="003C0427">
        <w:rPr>
          <w:rFonts w:asciiTheme="majorHAnsi" w:hAnsiTheme="majorHAnsi" w:cstheme="majorHAnsi"/>
          <w:noProof/>
          <w:lang w:val="en-GB"/>
        </w:rPr>
        <w:drawing>
          <wp:inline distT="0" distB="0" distL="0" distR="0" wp14:anchorId="1B5EDF36" wp14:editId="6F0C13AA">
            <wp:extent cx="2867337" cy="2152650"/>
            <wp:effectExtent l="0" t="0" r="9525" b="0"/>
            <wp:docPr id="250531056" name="Picture 1" descr="A stage with a stage and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531056" name="Picture 1" descr="A stage with a stage and chairs&#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95612" cy="2173877"/>
                    </a:xfrm>
                    <a:prstGeom prst="rect">
                      <a:avLst/>
                    </a:prstGeom>
                    <a:noFill/>
                  </pic:spPr>
                </pic:pic>
              </a:graphicData>
            </a:graphic>
          </wp:inline>
        </w:drawing>
      </w:r>
    </w:p>
    <w:p w14:paraId="0493D763" w14:textId="216CCC99" w:rsidR="003C0427" w:rsidRPr="003C0427" w:rsidRDefault="003C0427" w:rsidP="003C0427">
      <w:pPr>
        <w:pStyle w:val="NormalWeb"/>
        <w:rPr>
          <w:rFonts w:asciiTheme="majorHAnsi" w:hAnsiTheme="majorHAnsi" w:cstheme="majorHAnsi"/>
          <w:sz w:val="22"/>
          <w:szCs w:val="22"/>
        </w:rPr>
      </w:pPr>
      <w:r w:rsidRPr="003C0427">
        <w:rPr>
          <w:rFonts w:asciiTheme="majorHAnsi" w:hAnsiTheme="majorHAnsi" w:cstheme="majorHAnsi"/>
          <w:sz w:val="22"/>
          <w:szCs w:val="22"/>
        </w:rPr>
        <w:t>This photo shows a clear, unobstructed view of the stage from the circle access seating area.</w:t>
      </w:r>
    </w:p>
    <w:p w14:paraId="2709D3DF" w14:textId="3D5B5D4A" w:rsidR="00CF79AB" w:rsidRDefault="0048091A">
      <w:pPr>
        <w:rPr>
          <w:rFonts w:asciiTheme="majorHAnsi" w:hAnsiTheme="majorHAnsi" w:cstheme="majorHAnsi"/>
        </w:rPr>
      </w:pPr>
      <w:r w:rsidRPr="003C0427">
        <w:rPr>
          <w:rFonts w:asciiTheme="majorHAnsi" w:hAnsiTheme="majorHAnsi" w:cstheme="majorHAnsi"/>
          <w:b/>
          <w:bCs/>
          <w:u w:val="single"/>
        </w:rPr>
        <w:t>Accessible Toilet</w:t>
      </w:r>
      <w:r w:rsidRPr="003C0427">
        <w:rPr>
          <w:rFonts w:asciiTheme="majorHAnsi" w:hAnsiTheme="majorHAnsi" w:cstheme="majorHAnsi"/>
        </w:rPr>
        <w:br/>
        <w:t xml:space="preserve">We have one </w:t>
      </w:r>
      <w:r w:rsidR="00314359" w:rsidRPr="003C0427">
        <w:rPr>
          <w:rFonts w:asciiTheme="majorHAnsi" w:hAnsiTheme="majorHAnsi" w:cstheme="majorHAnsi"/>
        </w:rPr>
        <w:t xml:space="preserve">unisex </w:t>
      </w:r>
      <w:r w:rsidRPr="003C0427">
        <w:rPr>
          <w:rFonts w:asciiTheme="majorHAnsi" w:hAnsiTheme="majorHAnsi" w:cstheme="majorHAnsi"/>
        </w:rPr>
        <w:t xml:space="preserve">accessible toilet in the Rear Stalls (House Left). It is step-free and kept </w:t>
      </w:r>
      <w:r w:rsidRPr="003C0427">
        <w:rPr>
          <w:rFonts w:asciiTheme="majorHAnsi" w:hAnsiTheme="majorHAnsi" w:cstheme="majorHAnsi"/>
        </w:rPr>
        <w:lastRenderedPageBreak/>
        <w:t>locked. Ask the member of security stood outside for access to this, they have a radar key.</w:t>
      </w:r>
      <w:r w:rsidR="00314359" w:rsidRPr="003C0427">
        <w:rPr>
          <w:rFonts w:asciiTheme="majorHAnsi" w:hAnsiTheme="majorHAnsi" w:cstheme="majorHAnsi"/>
        </w:rPr>
        <w:t xml:space="preserve"> </w:t>
      </w:r>
      <w:r w:rsidR="00F23B7A" w:rsidRPr="003C0427">
        <w:rPr>
          <w:rFonts w:asciiTheme="majorHAnsi" w:hAnsiTheme="majorHAnsi" w:cstheme="majorHAnsi"/>
        </w:rPr>
        <w:t xml:space="preserve">There are ambulant accessible toilets in each toilet blocks in the circle. </w:t>
      </w:r>
    </w:p>
    <w:p w14:paraId="44F84444" w14:textId="06F41430" w:rsidR="00B4497B" w:rsidRPr="003C0427" w:rsidRDefault="007B2DCA">
      <w:pPr>
        <w:rPr>
          <w:rFonts w:asciiTheme="majorHAnsi" w:hAnsiTheme="majorHAnsi" w:cstheme="majorHAnsi"/>
        </w:rPr>
      </w:pPr>
      <w:r w:rsidRPr="00400224">
        <w:rPr>
          <w:i/>
          <w:iCs/>
          <w:noProof/>
        </w:rPr>
        <w:drawing>
          <wp:inline distT="0" distB="0" distL="0" distR="0" wp14:anchorId="5CB71821" wp14:editId="7AD5352A">
            <wp:extent cx="2152357" cy="2869809"/>
            <wp:effectExtent l="0" t="0" r="635"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r:link="rId21" cstate="print">
                      <a:extLst>
                        <a:ext uri="{28A0092B-C50C-407E-A947-70E740481C1C}">
                          <a14:useLocalDpi xmlns:a14="http://schemas.microsoft.com/office/drawing/2010/main" val="0"/>
                        </a:ext>
                      </a:extLst>
                    </a:blip>
                    <a:srcRect/>
                    <a:stretch>
                      <a:fillRect/>
                    </a:stretch>
                  </pic:blipFill>
                  <pic:spPr bwMode="auto">
                    <a:xfrm>
                      <a:off x="0" y="0"/>
                      <a:ext cx="2160200" cy="2880267"/>
                    </a:xfrm>
                    <a:prstGeom prst="rect">
                      <a:avLst/>
                    </a:prstGeom>
                    <a:noFill/>
                    <a:ln>
                      <a:noFill/>
                    </a:ln>
                  </pic:spPr>
                </pic:pic>
              </a:graphicData>
            </a:graphic>
          </wp:inline>
        </w:drawing>
      </w:r>
      <w:r>
        <w:rPr>
          <w:rFonts w:asciiTheme="majorHAnsi" w:hAnsiTheme="majorHAnsi" w:cstheme="majorHAnsi"/>
        </w:rPr>
        <w:t xml:space="preserve">    </w:t>
      </w:r>
      <w:r w:rsidR="00B4497B">
        <w:rPr>
          <w:rFonts w:asciiTheme="majorHAnsi" w:hAnsiTheme="majorHAnsi" w:cstheme="majorHAnsi"/>
          <w:noProof/>
        </w:rPr>
        <w:drawing>
          <wp:inline distT="0" distB="0" distL="0" distR="0" wp14:anchorId="1274CA87" wp14:editId="73DBE0DC">
            <wp:extent cx="1920240" cy="2879784"/>
            <wp:effectExtent l="0" t="0" r="3810" b="0"/>
            <wp:docPr id="1746098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098584" name="Picture 1746098584"/>
                    <pic:cNvPicPr/>
                  </pic:nvPicPr>
                  <pic:blipFill>
                    <a:blip r:embed="rId22"/>
                    <a:stretch>
                      <a:fillRect/>
                    </a:stretch>
                  </pic:blipFill>
                  <pic:spPr>
                    <a:xfrm>
                      <a:off x="0" y="0"/>
                      <a:ext cx="1941131" cy="2911115"/>
                    </a:xfrm>
                    <a:prstGeom prst="rect">
                      <a:avLst/>
                    </a:prstGeom>
                  </pic:spPr>
                </pic:pic>
              </a:graphicData>
            </a:graphic>
          </wp:inline>
        </w:drawing>
      </w:r>
      <w:r w:rsidR="00B4497B">
        <w:rPr>
          <w:rFonts w:asciiTheme="majorHAnsi" w:hAnsiTheme="majorHAnsi" w:cstheme="majorHAnsi"/>
        </w:rPr>
        <w:t xml:space="preserve">  </w:t>
      </w:r>
    </w:p>
    <w:p w14:paraId="3F11C962" w14:textId="3F1D44DB" w:rsidR="00CF79AB" w:rsidRPr="003C0427" w:rsidRDefault="0048091A">
      <w:pPr>
        <w:rPr>
          <w:rFonts w:asciiTheme="majorHAnsi" w:hAnsiTheme="majorHAnsi" w:cstheme="majorHAnsi"/>
        </w:rPr>
      </w:pPr>
      <w:r w:rsidRPr="003C0427">
        <w:rPr>
          <w:rFonts w:asciiTheme="majorHAnsi" w:hAnsiTheme="majorHAnsi" w:cstheme="majorHAnsi"/>
          <w:b/>
          <w:bCs/>
          <w:u w:val="single"/>
        </w:rPr>
        <w:t xml:space="preserve">Hearing </w:t>
      </w:r>
      <w:r w:rsidR="00314359" w:rsidRPr="003C0427">
        <w:rPr>
          <w:rFonts w:asciiTheme="majorHAnsi" w:hAnsiTheme="majorHAnsi" w:cstheme="majorHAnsi"/>
          <w:b/>
          <w:bCs/>
          <w:u w:val="single"/>
        </w:rPr>
        <w:t>Loop</w:t>
      </w:r>
      <w:r w:rsidRPr="003C0427">
        <w:rPr>
          <w:rFonts w:asciiTheme="majorHAnsi" w:hAnsiTheme="majorHAnsi" w:cstheme="majorHAnsi"/>
        </w:rPr>
        <w:br/>
      </w:r>
      <w:r w:rsidR="00314359" w:rsidRPr="003C0427">
        <w:rPr>
          <w:rFonts w:asciiTheme="majorHAnsi" w:hAnsiTheme="majorHAnsi" w:cstheme="majorHAnsi"/>
        </w:rPr>
        <w:t>There are no permanent</w:t>
      </w:r>
      <w:r w:rsidRPr="003C0427">
        <w:rPr>
          <w:rFonts w:asciiTheme="majorHAnsi" w:hAnsiTheme="majorHAnsi" w:cstheme="majorHAnsi"/>
        </w:rPr>
        <w:t xml:space="preserve"> hearing loop</w:t>
      </w:r>
      <w:r w:rsidR="00314359" w:rsidRPr="003C0427">
        <w:rPr>
          <w:rFonts w:asciiTheme="majorHAnsi" w:hAnsiTheme="majorHAnsi" w:cstheme="majorHAnsi"/>
        </w:rPr>
        <w:t>s</w:t>
      </w:r>
      <w:r w:rsidRPr="003C0427">
        <w:rPr>
          <w:rFonts w:asciiTheme="majorHAnsi" w:hAnsiTheme="majorHAnsi" w:cstheme="majorHAnsi"/>
        </w:rPr>
        <w:t xml:space="preserve"> in the main </w:t>
      </w:r>
      <w:r w:rsidR="0063073E" w:rsidRPr="003C0427">
        <w:rPr>
          <w:rFonts w:asciiTheme="majorHAnsi" w:hAnsiTheme="majorHAnsi" w:cstheme="majorHAnsi"/>
        </w:rPr>
        <w:t>auditorium, but they are available upon request at least 31 days prior to the show</w:t>
      </w:r>
      <w:r w:rsidRPr="003C0427">
        <w:rPr>
          <w:rFonts w:asciiTheme="majorHAnsi" w:hAnsiTheme="majorHAnsi" w:cstheme="majorHAnsi"/>
        </w:rPr>
        <w:t>.</w:t>
      </w:r>
      <w:r w:rsidR="0063073E" w:rsidRPr="003C0427">
        <w:rPr>
          <w:rFonts w:asciiTheme="majorHAnsi" w:hAnsiTheme="majorHAnsi" w:cstheme="majorHAnsi"/>
        </w:rPr>
        <w:t xml:space="preserve"> There is a permanent hearing loop </w:t>
      </w:r>
      <w:r w:rsidRPr="003C0427">
        <w:rPr>
          <w:rFonts w:asciiTheme="majorHAnsi" w:hAnsiTheme="majorHAnsi" w:cstheme="majorHAnsi"/>
        </w:rPr>
        <w:t>available in the Box Office.</w:t>
      </w:r>
      <w:r w:rsidR="0063073E" w:rsidRPr="003C0427">
        <w:rPr>
          <w:rFonts w:asciiTheme="majorHAnsi" w:hAnsiTheme="majorHAnsi" w:cstheme="majorHAnsi"/>
        </w:rPr>
        <w:t xml:space="preserve"> </w:t>
      </w:r>
    </w:p>
    <w:p w14:paraId="6EE11B57" w14:textId="79D3E219" w:rsidR="00F23B7A" w:rsidRPr="003C0427" w:rsidRDefault="00F23B7A">
      <w:pPr>
        <w:rPr>
          <w:rFonts w:asciiTheme="majorHAnsi" w:hAnsiTheme="majorHAnsi" w:cstheme="majorHAnsi"/>
          <w:b/>
          <w:bCs/>
          <w:u w:val="single"/>
        </w:rPr>
      </w:pPr>
      <w:r w:rsidRPr="003C0427">
        <w:rPr>
          <w:rFonts w:asciiTheme="majorHAnsi" w:hAnsiTheme="majorHAnsi" w:cstheme="majorHAnsi"/>
          <w:b/>
          <w:bCs/>
          <w:u w:val="single"/>
        </w:rPr>
        <w:t xml:space="preserve">Performance Interpretation </w:t>
      </w:r>
    </w:p>
    <w:p w14:paraId="1EBAE2E8" w14:textId="20C23F4A" w:rsidR="00F23B7A" w:rsidRPr="003C0427" w:rsidRDefault="00F23B7A">
      <w:pPr>
        <w:rPr>
          <w:rFonts w:asciiTheme="majorHAnsi" w:hAnsiTheme="majorHAnsi" w:cstheme="majorHAnsi"/>
        </w:rPr>
      </w:pPr>
      <w:r w:rsidRPr="003C0427">
        <w:rPr>
          <w:rFonts w:asciiTheme="majorHAnsi" w:hAnsiTheme="majorHAnsi" w:cstheme="majorHAnsi"/>
        </w:rPr>
        <w:t xml:space="preserve">Please get in touch if you require performance interpretation such as BSL or </w:t>
      </w:r>
      <w:r w:rsidR="00426612" w:rsidRPr="003C0427">
        <w:rPr>
          <w:rFonts w:asciiTheme="majorHAnsi" w:hAnsiTheme="majorHAnsi" w:cstheme="majorHAnsi"/>
        </w:rPr>
        <w:t xml:space="preserve">a </w:t>
      </w:r>
      <w:r w:rsidRPr="003C0427">
        <w:rPr>
          <w:rFonts w:asciiTheme="majorHAnsi" w:hAnsiTheme="majorHAnsi" w:cstheme="majorHAnsi"/>
        </w:rPr>
        <w:t xml:space="preserve">hearing loop. </w:t>
      </w:r>
      <w:r w:rsidR="00426612" w:rsidRPr="003C0427">
        <w:rPr>
          <w:rFonts w:asciiTheme="majorHAnsi" w:hAnsiTheme="majorHAnsi" w:cstheme="majorHAnsi"/>
        </w:rPr>
        <w:t>So,</w:t>
      </w:r>
      <w:r w:rsidRPr="003C0427">
        <w:rPr>
          <w:rFonts w:asciiTheme="majorHAnsi" w:hAnsiTheme="majorHAnsi" w:cstheme="majorHAnsi"/>
        </w:rPr>
        <w:t xml:space="preserve"> you know, we'll need 31 days' notice prior to the show to make arrangements.</w:t>
      </w:r>
    </w:p>
    <w:p w14:paraId="2867975C" w14:textId="3C05DEB5" w:rsidR="00CF79AB" w:rsidRPr="003C0427" w:rsidRDefault="0048091A">
      <w:pPr>
        <w:rPr>
          <w:rFonts w:asciiTheme="majorHAnsi" w:hAnsiTheme="majorHAnsi" w:cstheme="majorHAnsi"/>
        </w:rPr>
      </w:pPr>
      <w:r w:rsidRPr="003C0427">
        <w:rPr>
          <w:rFonts w:asciiTheme="majorHAnsi" w:hAnsiTheme="majorHAnsi" w:cstheme="majorHAnsi"/>
          <w:b/>
          <w:bCs/>
          <w:u w:val="single"/>
        </w:rPr>
        <w:t>Assistance Dogs</w:t>
      </w:r>
      <w:r w:rsidRPr="003C0427">
        <w:rPr>
          <w:rFonts w:asciiTheme="majorHAnsi" w:hAnsiTheme="majorHAnsi" w:cstheme="majorHAnsi"/>
        </w:rPr>
        <w:br/>
        <w:t xml:space="preserve">We welcome assistance dogs in our venue. Please let us know </w:t>
      </w:r>
      <w:r w:rsidR="0063073E" w:rsidRPr="003C0427">
        <w:rPr>
          <w:rFonts w:asciiTheme="majorHAnsi" w:hAnsiTheme="majorHAnsi" w:cstheme="majorHAnsi"/>
        </w:rPr>
        <w:t>in advance</w:t>
      </w:r>
      <w:r w:rsidRPr="003C0427">
        <w:rPr>
          <w:rFonts w:asciiTheme="majorHAnsi" w:hAnsiTheme="majorHAnsi" w:cstheme="majorHAnsi"/>
        </w:rPr>
        <w:t xml:space="preserve">. We can look after your dog in </w:t>
      </w:r>
      <w:r w:rsidR="00426612" w:rsidRPr="003C0427">
        <w:rPr>
          <w:rFonts w:asciiTheme="majorHAnsi" w:hAnsiTheme="majorHAnsi" w:cstheme="majorHAnsi"/>
        </w:rPr>
        <w:t>a quiet office</w:t>
      </w:r>
      <w:r w:rsidRPr="003C0427">
        <w:rPr>
          <w:rFonts w:asciiTheme="majorHAnsi" w:hAnsiTheme="majorHAnsi" w:cstheme="majorHAnsi"/>
        </w:rPr>
        <w:t xml:space="preserve"> for the evening</w:t>
      </w:r>
      <w:r w:rsidR="0063073E" w:rsidRPr="003C0427">
        <w:rPr>
          <w:rFonts w:asciiTheme="majorHAnsi" w:hAnsiTheme="majorHAnsi" w:cstheme="majorHAnsi"/>
        </w:rPr>
        <w:t xml:space="preserve"> or </w:t>
      </w:r>
      <w:r w:rsidRPr="003C0427">
        <w:rPr>
          <w:rFonts w:asciiTheme="majorHAnsi" w:hAnsiTheme="majorHAnsi" w:cstheme="majorHAnsi"/>
        </w:rPr>
        <w:t xml:space="preserve">you are welcome to keep them with you if </w:t>
      </w:r>
      <w:r w:rsidR="00426612" w:rsidRPr="003C0427">
        <w:rPr>
          <w:rFonts w:asciiTheme="majorHAnsi" w:hAnsiTheme="majorHAnsi" w:cstheme="majorHAnsi"/>
        </w:rPr>
        <w:t>required</w:t>
      </w:r>
      <w:r w:rsidRPr="003C0427">
        <w:rPr>
          <w:rFonts w:asciiTheme="majorHAnsi" w:hAnsiTheme="majorHAnsi" w:cstheme="majorHAnsi"/>
        </w:rPr>
        <w:t xml:space="preserve">. </w:t>
      </w:r>
    </w:p>
    <w:p w14:paraId="29266756" w14:textId="1151B674" w:rsidR="00CF79AB" w:rsidRPr="003C0427" w:rsidRDefault="0048091A">
      <w:pPr>
        <w:rPr>
          <w:rFonts w:asciiTheme="majorHAnsi" w:hAnsiTheme="majorHAnsi" w:cstheme="majorHAnsi"/>
        </w:rPr>
      </w:pPr>
      <w:r w:rsidRPr="003C0427">
        <w:rPr>
          <w:rFonts w:asciiTheme="majorHAnsi" w:hAnsiTheme="majorHAnsi" w:cstheme="majorHAnsi"/>
          <w:b/>
          <w:bCs/>
          <w:u w:val="single"/>
        </w:rPr>
        <w:t>Strobe Lighting</w:t>
      </w:r>
      <w:r w:rsidRPr="003C0427">
        <w:rPr>
          <w:rFonts w:asciiTheme="majorHAnsi" w:hAnsiTheme="majorHAnsi" w:cstheme="majorHAnsi"/>
        </w:rPr>
        <w:br/>
        <w:t>Most shows include strobe or bright lighting. Signs will be up if there’s a lot of strobes in use. Contact us if you have concerns.</w:t>
      </w:r>
    </w:p>
    <w:p w14:paraId="431793F0" w14:textId="1B404F47" w:rsidR="00CF79AB" w:rsidRPr="003C0427" w:rsidRDefault="0048091A">
      <w:pPr>
        <w:rPr>
          <w:rFonts w:asciiTheme="majorHAnsi" w:hAnsiTheme="majorHAnsi" w:cstheme="majorHAnsi"/>
        </w:rPr>
      </w:pPr>
      <w:r w:rsidRPr="003C0427">
        <w:rPr>
          <w:rFonts w:asciiTheme="majorHAnsi" w:hAnsiTheme="majorHAnsi" w:cstheme="majorHAnsi"/>
          <w:b/>
          <w:bCs/>
          <w:u w:val="single"/>
        </w:rPr>
        <w:t>Medical Services</w:t>
      </w:r>
      <w:r w:rsidRPr="003C0427">
        <w:rPr>
          <w:rFonts w:asciiTheme="majorHAnsi" w:hAnsiTheme="majorHAnsi" w:cstheme="majorHAnsi"/>
        </w:rPr>
        <w:br/>
        <w:t xml:space="preserve">RMS (Remote Medical Services) </w:t>
      </w:r>
      <w:r w:rsidR="00426612" w:rsidRPr="003C0427">
        <w:rPr>
          <w:rFonts w:asciiTheme="majorHAnsi" w:hAnsiTheme="majorHAnsi" w:cstheme="majorHAnsi"/>
        </w:rPr>
        <w:t xml:space="preserve">medical </w:t>
      </w:r>
      <w:r w:rsidRPr="003C0427">
        <w:rPr>
          <w:rFonts w:asciiTheme="majorHAnsi" w:hAnsiTheme="majorHAnsi" w:cstheme="majorHAnsi"/>
        </w:rPr>
        <w:t xml:space="preserve">staff are present at all events. They can be found in the First Aid Room or just speak to any staff member for </w:t>
      </w:r>
      <w:r w:rsidR="00983208" w:rsidRPr="003C0427">
        <w:rPr>
          <w:rFonts w:asciiTheme="majorHAnsi" w:hAnsiTheme="majorHAnsi" w:cstheme="majorHAnsi"/>
        </w:rPr>
        <w:t>help, and we will contact them for you.</w:t>
      </w:r>
      <w:r w:rsidRPr="003C0427">
        <w:rPr>
          <w:rFonts w:asciiTheme="majorHAnsi" w:hAnsiTheme="majorHAnsi" w:cstheme="majorHAnsi"/>
        </w:rPr>
        <w:t xml:space="preserve"> You’re welcome to bring medicine, food, drink, or equipment to manage a medical condition. Please let us know ahead of time if you can, on 0161 273 7785.</w:t>
      </w:r>
    </w:p>
    <w:p w14:paraId="7A932CDC" w14:textId="71D92EA2" w:rsidR="00CF79AB" w:rsidRPr="003C0427" w:rsidRDefault="0048091A">
      <w:pPr>
        <w:rPr>
          <w:rFonts w:asciiTheme="majorHAnsi" w:hAnsiTheme="majorHAnsi" w:cstheme="majorHAnsi"/>
        </w:rPr>
      </w:pPr>
      <w:r w:rsidRPr="003C0427">
        <w:rPr>
          <w:rFonts w:asciiTheme="majorHAnsi" w:hAnsiTheme="majorHAnsi" w:cstheme="majorHAnsi"/>
          <w:b/>
          <w:bCs/>
          <w:u w:val="single"/>
        </w:rPr>
        <w:lastRenderedPageBreak/>
        <w:t>Smoking Area</w:t>
      </w:r>
      <w:r w:rsidRPr="003C0427">
        <w:rPr>
          <w:rFonts w:asciiTheme="majorHAnsi" w:hAnsiTheme="majorHAnsi" w:cstheme="majorHAnsi"/>
        </w:rPr>
        <w:br/>
        <w:t>If you need to smoke, staff can help you exit and return to the venue during the event.</w:t>
      </w:r>
      <w:r w:rsidR="0096606E" w:rsidRPr="003C0427">
        <w:rPr>
          <w:rFonts w:asciiTheme="majorHAnsi" w:hAnsiTheme="majorHAnsi" w:cstheme="majorHAnsi"/>
        </w:rPr>
        <w:t xml:space="preserve"> Please just let us know and we can help arrange this for you.</w:t>
      </w:r>
    </w:p>
    <w:p w14:paraId="74F637EE" w14:textId="45A4E481" w:rsidR="0096606E" w:rsidRPr="003C0427" w:rsidRDefault="0096606E" w:rsidP="0096606E">
      <w:pPr>
        <w:rPr>
          <w:rFonts w:asciiTheme="majorHAnsi" w:hAnsiTheme="majorHAnsi" w:cstheme="majorHAnsi"/>
        </w:rPr>
      </w:pPr>
      <w:r w:rsidRPr="003C0427">
        <w:rPr>
          <w:rFonts w:asciiTheme="majorHAnsi" w:hAnsiTheme="majorHAnsi" w:cstheme="majorHAnsi"/>
          <w:b/>
          <w:bCs/>
          <w:u w:val="single"/>
        </w:rPr>
        <w:t>Personal Emergency Evacuation Plans (PEEPs)</w:t>
      </w:r>
      <w:r w:rsidRPr="003C0427">
        <w:rPr>
          <w:rFonts w:asciiTheme="majorHAnsi" w:hAnsiTheme="majorHAnsi" w:cstheme="majorHAnsi"/>
        </w:rPr>
        <w:br/>
        <w:t>We are committed to ensuring the safety of all our visitors, including those who may require assistance in the event of an emergency evacuation.</w:t>
      </w:r>
    </w:p>
    <w:p w14:paraId="5A4CB8E2" w14:textId="61DEF357" w:rsidR="0096606E" w:rsidRPr="003C0427" w:rsidRDefault="0096606E" w:rsidP="0096606E">
      <w:pPr>
        <w:rPr>
          <w:rFonts w:asciiTheme="majorHAnsi" w:hAnsiTheme="majorHAnsi" w:cstheme="majorHAnsi"/>
        </w:rPr>
      </w:pPr>
      <w:r w:rsidRPr="003C0427">
        <w:rPr>
          <w:rFonts w:asciiTheme="majorHAnsi" w:hAnsiTheme="majorHAnsi" w:cstheme="majorHAnsi"/>
        </w:rPr>
        <w:t>A Personal Emergency Evacuation Plan (PEEP) is a tailored plan designed to support individuals who may need help leaving the venue safely during an emergency, such as people with mobility, sensory, or cognitive impairments.</w:t>
      </w:r>
    </w:p>
    <w:p w14:paraId="3D56777D" w14:textId="412A3F93" w:rsidR="0096606E" w:rsidRPr="003C0427" w:rsidRDefault="0096606E" w:rsidP="0096606E">
      <w:pPr>
        <w:rPr>
          <w:rFonts w:asciiTheme="majorHAnsi" w:hAnsiTheme="majorHAnsi" w:cstheme="majorHAnsi"/>
        </w:rPr>
      </w:pPr>
      <w:r w:rsidRPr="003C0427">
        <w:rPr>
          <w:rFonts w:asciiTheme="majorHAnsi" w:hAnsiTheme="majorHAnsi" w:cstheme="majorHAnsi"/>
        </w:rPr>
        <w:t>If you or someone in your group requires a PEEP, we encourage you to contact us in advance of your visit. This allows our team to understand your specific needs and prepare the appropriate support, including identifying safe evacuation routes and assigning trained staff to assist if required.</w:t>
      </w:r>
    </w:p>
    <w:p w14:paraId="6DD65422" w14:textId="0D2E2060" w:rsidR="0096606E" w:rsidRPr="003C0427" w:rsidRDefault="0096606E" w:rsidP="0096606E">
      <w:pPr>
        <w:rPr>
          <w:rFonts w:asciiTheme="majorHAnsi" w:hAnsiTheme="majorHAnsi" w:cstheme="majorHAnsi"/>
        </w:rPr>
      </w:pPr>
      <w:r w:rsidRPr="003C0427">
        <w:rPr>
          <w:rFonts w:asciiTheme="majorHAnsi" w:hAnsiTheme="majorHAnsi" w:cstheme="majorHAnsi"/>
        </w:rPr>
        <w:t xml:space="preserve">To arrange a PEEP or discuss your needs, please contact us via email on </w:t>
      </w:r>
      <w:hyperlink r:id="rId23" w:history="1">
        <w:r w:rsidRPr="003C0427">
          <w:rPr>
            <w:rStyle w:val="Hyperlink"/>
            <w:rFonts w:asciiTheme="majorHAnsi" w:hAnsiTheme="majorHAnsi" w:cstheme="majorHAnsi"/>
          </w:rPr>
          <w:t>access@o2apollomanchester.co.uk</w:t>
        </w:r>
      </w:hyperlink>
      <w:r w:rsidRPr="003C0427">
        <w:rPr>
          <w:rFonts w:asciiTheme="majorHAnsi" w:hAnsiTheme="majorHAnsi" w:cstheme="majorHAnsi"/>
        </w:rPr>
        <w:t xml:space="preserve"> or via phone on 0161 273 7785 (Monday to Friday 12PM-4PM, extended during on-sales.)</w:t>
      </w:r>
    </w:p>
    <w:p w14:paraId="1D1CAC0A" w14:textId="52669D14" w:rsidR="0096606E" w:rsidRPr="003C0427" w:rsidRDefault="0096606E" w:rsidP="0096606E">
      <w:pPr>
        <w:rPr>
          <w:rFonts w:asciiTheme="majorHAnsi" w:hAnsiTheme="majorHAnsi" w:cstheme="majorHAnsi"/>
        </w:rPr>
      </w:pPr>
      <w:r w:rsidRPr="003C0427">
        <w:rPr>
          <w:rFonts w:asciiTheme="majorHAnsi" w:hAnsiTheme="majorHAnsi" w:cstheme="majorHAnsi"/>
        </w:rPr>
        <w:t>All information shared will be treated with sensitivity and in accordance with our privacy policy.</w:t>
      </w:r>
    </w:p>
    <w:p w14:paraId="1D5C5B71" w14:textId="77777777" w:rsidR="00426612" w:rsidRPr="003C0427" w:rsidRDefault="0096606E" w:rsidP="00426612">
      <w:pPr>
        <w:rPr>
          <w:rFonts w:asciiTheme="majorHAnsi" w:hAnsiTheme="majorHAnsi" w:cstheme="majorHAnsi"/>
          <w:lang w:val="en-GB"/>
        </w:rPr>
      </w:pPr>
      <w:r w:rsidRPr="003C0427">
        <w:rPr>
          <w:rFonts w:asciiTheme="majorHAnsi" w:hAnsiTheme="majorHAnsi" w:cstheme="majorHAnsi"/>
          <w:b/>
          <w:bCs/>
          <w:u w:val="single"/>
        </w:rPr>
        <w:t>Exiting the Venue</w:t>
      </w:r>
      <w:r w:rsidRPr="003C0427">
        <w:rPr>
          <w:rFonts w:asciiTheme="majorHAnsi" w:hAnsiTheme="majorHAnsi" w:cstheme="majorHAnsi"/>
        </w:rPr>
        <w:br/>
      </w:r>
      <w:r w:rsidR="00426612" w:rsidRPr="003C0427">
        <w:rPr>
          <w:rFonts w:asciiTheme="majorHAnsi" w:hAnsiTheme="majorHAnsi" w:cstheme="majorHAnsi"/>
          <w:lang w:val="en-GB"/>
        </w:rPr>
        <w:t>When the show finishes, we recommend that you wait a little while before leaving.</w:t>
      </w:r>
      <w:r w:rsidR="00426612" w:rsidRPr="003C0427">
        <w:rPr>
          <w:rFonts w:asciiTheme="majorHAnsi" w:hAnsiTheme="majorHAnsi" w:cstheme="majorHAnsi"/>
          <w:lang w:val="en-GB"/>
        </w:rPr>
        <w:br/>
        <w:t>This will help you avoid the busy crowds.</w:t>
      </w:r>
    </w:p>
    <w:p w14:paraId="5A2B60D1" w14:textId="31952485" w:rsidR="00426612" w:rsidRPr="003C0427" w:rsidRDefault="00426612" w:rsidP="0096606E">
      <w:pPr>
        <w:rPr>
          <w:rFonts w:asciiTheme="majorHAnsi" w:hAnsiTheme="majorHAnsi" w:cstheme="majorHAnsi"/>
        </w:rPr>
      </w:pPr>
      <w:r w:rsidRPr="003C0427">
        <w:rPr>
          <w:rFonts w:asciiTheme="majorHAnsi" w:hAnsiTheme="majorHAnsi" w:cstheme="majorHAnsi"/>
        </w:rPr>
        <w:t>Our staff</w:t>
      </w:r>
      <w:r w:rsidR="0096606E" w:rsidRPr="003C0427">
        <w:rPr>
          <w:rFonts w:asciiTheme="majorHAnsi" w:hAnsiTheme="majorHAnsi" w:cstheme="majorHAnsi"/>
        </w:rPr>
        <w:t xml:space="preserve"> are on hand to help you leave our venue in the safest manner possible.</w:t>
      </w:r>
    </w:p>
    <w:p w14:paraId="7F24CC20" w14:textId="6E2F802D" w:rsidR="0096606E" w:rsidRPr="003C0427" w:rsidRDefault="0096606E" w:rsidP="0096606E">
      <w:pPr>
        <w:rPr>
          <w:rFonts w:asciiTheme="majorHAnsi" w:hAnsiTheme="majorHAnsi" w:cstheme="majorHAnsi"/>
        </w:rPr>
      </w:pPr>
      <w:r w:rsidRPr="003C0427">
        <w:rPr>
          <w:rFonts w:asciiTheme="majorHAnsi" w:hAnsiTheme="majorHAnsi" w:cstheme="majorHAnsi"/>
        </w:rPr>
        <w:t>Please ask us if you need any help with directions, calling a taxi or any general assistance with leaving the venue.</w:t>
      </w:r>
    </w:p>
    <w:p w14:paraId="09B93534" w14:textId="55142EEF" w:rsidR="0096606E" w:rsidRPr="003C0427" w:rsidRDefault="0063073E">
      <w:pPr>
        <w:rPr>
          <w:rFonts w:asciiTheme="majorHAnsi" w:hAnsiTheme="majorHAnsi" w:cstheme="majorHAnsi"/>
          <w:b/>
          <w:bCs/>
          <w:u w:val="single"/>
        </w:rPr>
      </w:pPr>
      <w:r w:rsidRPr="003C0427">
        <w:rPr>
          <w:rFonts w:asciiTheme="majorHAnsi" w:hAnsiTheme="majorHAnsi" w:cstheme="majorHAnsi"/>
          <w:b/>
          <w:bCs/>
          <w:u w:val="single"/>
        </w:rPr>
        <w:t xml:space="preserve">Feedback </w:t>
      </w:r>
    </w:p>
    <w:p w14:paraId="55C77F8F" w14:textId="780ED0C9" w:rsidR="0063073E" w:rsidRPr="003C0427" w:rsidRDefault="0063073E">
      <w:pPr>
        <w:rPr>
          <w:rFonts w:ascii="Arial" w:eastAsia="Aptos" w:hAnsi="Arial" w:cs="Arial"/>
          <w:color w:val="000000"/>
          <w:lang w:val="en-GB" w:eastAsia="en-GB"/>
        </w:rPr>
      </w:pPr>
      <w:r w:rsidRPr="003C0427">
        <w:rPr>
          <w:rFonts w:asciiTheme="majorHAnsi" w:hAnsiTheme="majorHAnsi" w:cstheme="majorHAnsi"/>
        </w:rPr>
        <w:t>We value all feedback</w:t>
      </w:r>
      <w:r w:rsidR="00993E25" w:rsidRPr="003C0427">
        <w:rPr>
          <w:rFonts w:asciiTheme="majorHAnsi" w:hAnsiTheme="majorHAnsi" w:cstheme="majorHAnsi"/>
        </w:rPr>
        <w:t xml:space="preserve"> at the venue</w:t>
      </w:r>
      <w:r w:rsidR="00762938" w:rsidRPr="003C0427">
        <w:rPr>
          <w:rFonts w:asciiTheme="majorHAnsi" w:hAnsiTheme="majorHAnsi" w:cstheme="majorHAnsi"/>
        </w:rPr>
        <w:t xml:space="preserve"> as it helps to continuously improve the experience we offer to all our guests. Following on from your visit we would be grateful for you to leave your feedback</w:t>
      </w:r>
      <w:r w:rsidR="00762938" w:rsidRPr="003C0427">
        <w:rPr>
          <w:rFonts w:ascii="Calibri" w:hAnsi="Calibri" w:cs="Calibri"/>
        </w:rPr>
        <w:t xml:space="preserve"> </w:t>
      </w:r>
      <w:hyperlink r:id="rId24" w:history="1">
        <w:r w:rsidR="00993E25" w:rsidRPr="003C0427">
          <w:rPr>
            <w:rFonts w:ascii="Calibri" w:eastAsia="Aptos" w:hAnsi="Calibri" w:cs="Calibri"/>
            <w:color w:val="467886"/>
            <w:u w:val="single"/>
            <w:lang w:val="en-GB" w:eastAsia="en-GB"/>
          </w:rPr>
          <w:t>here</w:t>
        </w:r>
      </w:hyperlink>
      <w:r w:rsidR="00993E25" w:rsidRPr="003C0427">
        <w:rPr>
          <w:rFonts w:ascii="Aptos" w:eastAsia="Aptos" w:hAnsi="Aptos" w:cs="Aptos"/>
          <w:color w:val="000000"/>
          <w:lang w:val="en-GB" w:eastAsia="en-GB"/>
        </w:rPr>
        <w:t>.</w:t>
      </w:r>
    </w:p>
    <w:sectPr w:rsidR="0063073E" w:rsidRPr="003C0427" w:rsidSect="00034616">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3A8D5D" w14:textId="77777777" w:rsidR="004D288D" w:rsidRDefault="004D288D" w:rsidP="006E7B28">
      <w:pPr>
        <w:spacing w:after="0" w:line="240" w:lineRule="auto"/>
      </w:pPr>
      <w:r>
        <w:separator/>
      </w:r>
    </w:p>
  </w:endnote>
  <w:endnote w:type="continuationSeparator" w:id="0">
    <w:p w14:paraId="698AFD00" w14:textId="77777777" w:rsidR="004D288D" w:rsidRDefault="004D288D" w:rsidP="006E7B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E2E8D7" w14:textId="77777777" w:rsidR="004D288D" w:rsidRDefault="004D288D" w:rsidP="006E7B28">
      <w:pPr>
        <w:spacing w:after="0" w:line="240" w:lineRule="auto"/>
      </w:pPr>
      <w:r>
        <w:separator/>
      </w:r>
    </w:p>
  </w:footnote>
  <w:footnote w:type="continuationSeparator" w:id="0">
    <w:p w14:paraId="384C9627" w14:textId="77777777" w:rsidR="004D288D" w:rsidRDefault="004D288D" w:rsidP="006E7B2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17716FB4"/>
    <w:multiLevelType w:val="multilevel"/>
    <w:tmpl w:val="326497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1124884395">
    <w:abstractNumId w:val="8"/>
  </w:num>
  <w:num w:numId="2" w16cid:durableId="262155080">
    <w:abstractNumId w:val="6"/>
  </w:num>
  <w:num w:numId="3" w16cid:durableId="1084643235">
    <w:abstractNumId w:val="5"/>
  </w:num>
  <w:num w:numId="4" w16cid:durableId="1907109654">
    <w:abstractNumId w:val="4"/>
  </w:num>
  <w:num w:numId="5" w16cid:durableId="1372728867">
    <w:abstractNumId w:val="7"/>
  </w:num>
  <w:num w:numId="6" w16cid:durableId="1297179569">
    <w:abstractNumId w:val="3"/>
  </w:num>
  <w:num w:numId="7" w16cid:durableId="1173571907">
    <w:abstractNumId w:val="2"/>
  </w:num>
  <w:num w:numId="8" w16cid:durableId="45224079">
    <w:abstractNumId w:val="1"/>
  </w:num>
  <w:num w:numId="9" w16cid:durableId="1359772088">
    <w:abstractNumId w:val="0"/>
  </w:num>
  <w:num w:numId="10" w16cid:durableId="126421954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7730"/>
    <w:rsid w:val="00034616"/>
    <w:rsid w:val="0006063C"/>
    <w:rsid w:val="0015074B"/>
    <w:rsid w:val="001B3A59"/>
    <w:rsid w:val="0029639D"/>
    <w:rsid w:val="00314359"/>
    <w:rsid w:val="00326BAD"/>
    <w:rsid w:val="00326F90"/>
    <w:rsid w:val="003C0427"/>
    <w:rsid w:val="00401C17"/>
    <w:rsid w:val="004021A3"/>
    <w:rsid w:val="00426612"/>
    <w:rsid w:val="0048091A"/>
    <w:rsid w:val="004D288D"/>
    <w:rsid w:val="004E0607"/>
    <w:rsid w:val="005660C9"/>
    <w:rsid w:val="006019F0"/>
    <w:rsid w:val="0063073E"/>
    <w:rsid w:val="006A7402"/>
    <w:rsid w:val="006B48EF"/>
    <w:rsid w:val="006E7B28"/>
    <w:rsid w:val="00737728"/>
    <w:rsid w:val="00762938"/>
    <w:rsid w:val="007A5B30"/>
    <w:rsid w:val="007B2DCA"/>
    <w:rsid w:val="00865A38"/>
    <w:rsid w:val="008A3A0E"/>
    <w:rsid w:val="008F6383"/>
    <w:rsid w:val="0090198C"/>
    <w:rsid w:val="0096606E"/>
    <w:rsid w:val="00983208"/>
    <w:rsid w:val="00993E25"/>
    <w:rsid w:val="009E6086"/>
    <w:rsid w:val="009F7FB3"/>
    <w:rsid w:val="00A144E0"/>
    <w:rsid w:val="00A748F7"/>
    <w:rsid w:val="00A867CB"/>
    <w:rsid w:val="00A94DB5"/>
    <w:rsid w:val="00AA1D8D"/>
    <w:rsid w:val="00B4497B"/>
    <w:rsid w:val="00B44CE5"/>
    <w:rsid w:val="00B47730"/>
    <w:rsid w:val="00B9054E"/>
    <w:rsid w:val="00BA1ECE"/>
    <w:rsid w:val="00C416E3"/>
    <w:rsid w:val="00CA3B58"/>
    <w:rsid w:val="00CB0664"/>
    <w:rsid w:val="00CF79AB"/>
    <w:rsid w:val="00E605A3"/>
    <w:rsid w:val="00F23B7A"/>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835817C"/>
  <w14:defaultImageDpi w14:val="300"/>
  <w15:docId w15:val="{CE7663B7-3EA6-4271-8BA8-C458F186A5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Hyperlink">
    <w:name w:val="Hyperlink"/>
    <w:basedOn w:val="DefaultParagraphFont"/>
    <w:uiPriority w:val="99"/>
    <w:unhideWhenUsed/>
    <w:rsid w:val="0096606E"/>
    <w:rPr>
      <w:color w:val="0000FF" w:themeColor="hyperlink"/>
      <w:u w:val="single"/>
    </w:rPr>
  </w:style>
  <w:style w:type="character" w:styleId="UnresolvedMention">
    <w:name w:val="Unresolved Mention"/>
    <w:basedOn w:val="DefaultParagraphFont"/>
    <w:uiPriority w:val="99"/>
    <w:semiHidden/>
    <w:unhideWhenUsed/>
    <w:rsid w:val="0096606E"/>
    <w:rPr>
      <w:color w:val="605E5C"/>
      <w:shd w:val="clear" w:color="auto" w:fill="E1DFDD"/>
    </w:rPr>
  </w:style>
  <w:style w:type="paragraph" w:styleId="NormalWeb">
    <w:name w:val="Normal (Web)"/>
    <w:basedOn w:val="Normal"/>
    <w:uiPriority w:val="99"/>
    <w:unhideWhenUsed/>
    <w:rsid w:val="00762938"/>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FollowedHyperlink">
    <w:name w:val="FollowedHyperlink"/>
    <w:basedOn w:val="DefaultParagraphFont"/>
    <w:uiPriority w:val="99"/>
    <w:semiHidden/>
    <w:unhideWhenUsed/>
    <w:rsid w:val="001B3A5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cid:image008.png@01D9DB3E.20DDEA90" TargetMode="External"/><Relationship Id="rId7" Type="http://schemas.openxmlformats.org/officeDocument/2006/relationships/settings" Target="settings.xml"/><Relationship Id="rId12" Type="http://schemas.openxmlformats.org/officeDocument/2006/relationships/hyperlink" Target="https://www.academymusicgroup.com/o2apollomanchester/companion-policy" TargetMode="External"/><Relationship Id="rId17" Type="http://schemas.openxmlformats.org/officeDocument/2006/relationships/image" Target="media/image6.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form.jotform.com/250782778115363" TargetMode="Externa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hyperlink" Target="mailto:access@o2apollomanchester.co.uk" TargetMode="External"/><Relationship Id="rId10" Type="http://schemas.openxmlformats.org/officeDocument/2006/relationships/endnotes" Target="endnotes.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ImageCreateDate xmlns="http://schemas.microsoft.com/sharepoint/v3/fields" xsi:nil="true"/>
    <lcf76f155ced4ddcb4097134ff3c332f xmlns="8fd1dff2-3dce-4de5-b1d9-c3ccad3a6c92">
      <Terms xmlns="http://schemas.microsoft.com/office/infopath/2007/PartnerControls"/>
    </lcf76f155ced4ddcb4097134ff3c332f>
    <TaxCatchAll xmlns="5c7f9510-d0aa-4e98-bb58-73f761f6a044" xsi:nil="true"/>
    <Comments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575C21513C4414FB9A21540F4CA1481" ma:contentTypeVersion="23" ma:contentTypeDescription="Create a new document." ma:contentTypeScope="" ma:versionID="8731a7d45fb410c04ebc12d2d6b9810f">
  <xsd:schema xmlns:xsd="http://www.w3.org/2001/XMLSchema" xmlns:xs="http://www.w3.org/2001/XMLSchema" xmlns:p="http://schemas.microsoft.com/office/2006/metadata/properties" xmlns:ns1="http://schemas.microsoft.com/sharepoint/v3" xmlns:ns2="5c7f9510-d0aa-4e98-bb58-73f761f6a044" xmlns:ns3="8fd1dff2-3dce-4de5-b1d9-c3ccad3a6c92" xmlns:ns4="http://schemas.microsoft.com/sharepoint/v3/fields" targetNamespace="http://schemas.microsoft.com/office/2006/metadata/properties" ma:root="true" ma:fieldsID="eb3c2f4854ba48de0f50d72f6deab234" ns1:_="" ns2:_="" ns3:_="" ns4:_="">
    <xsd:import namespace="http://schemas.microsoft.com/sharepoint/v3"/>
    <xsd:import namespace="5c7f9510-d0aa-4e98-bb58-73f761f6a044"/>
    <xsd:import namespace="8fd1dff2-3dce-4de5-b1d9-c3ccad3a6c92"/>
    <xsd:import namespace="http://schemas.microsoft.com/sharepoint/v3/fields"/>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MediaServiceAutoTags" minOccurs="0"/>
                <xsd:element ref="ns3:MediaServiceGenerationTime" minOccurs="0"/>
                <xsd:element ref="ns3:MediaServiceEventHashCode" minOccurs="0"/>
                <xsd:element ref="ns3:MediaServiceOCR" minOccurs="0"/>
                <xsd:element ref="ns3:MediaServiceAutoKeyPoints" minOccurs="0"/>
                <xsd:element ref="ns3:MediaServiceKeyPoints" minOccurs="0"/>
                <xsd:element ref="ns3:lcf76f155ced4ddcb4097134ff3c332f" minOccurs="0"/>
                <xsd:element ref="ns2:TaxCatchAll" minOccurs="0"/>
                <xsd:element ref="ns3:MediaServiceLocation" minOccurs="0"/>
                <xsd:element ref="ns4:ImageWidth" minOccurs="0"/>
                <xsd:element ref="ns4:ImageHeight" minOccurs="0"/>
                <xsd:element ref="ns4:ImageCreateDate" minOccurs="0"/>
                <xsd:element ref="ns1:Comments"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27" nillable="true" ma:displayName="Comments" ma:hidden="true"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c7f9510-d0aa-4e98-bb58-73f761f6a04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d5ee1225-c9d7-4710-b5ef-ee3cf076260c}" ma:internalName="TaxCatchAll" ma:showField="CatchAllData" ma:web="5c7f9510-d0aa-4e98-bb58-73f761f6a04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fd1dff2-3dce-4de5-b1d9-c3ccad3a6c9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b6b8a6ad-9a4c-474c-8145-c03a3e417185"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element name="MediaServiceObjectDetectorVersions" ma:index="29"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ImageWidth" ma:index="24" nillable="true" ma:displayName="Picture Width" ma:internalName="ImageWidth" ma:readOnly="true">
      <xsd:simpleType>
        <xsd:restriction base="dms:Unknown"/>
      </xsd:simpleType>
    </xsd:element>
    <xsd:element name="ImageHeight" ma:index="25" nillable="true" ma:displayName="Picture Height" ma:internalName="ImageHeight" ma:readOnly="true">
      <xsd:simpleType>
        <xsd:restriction base="dms:Unknown"/>
      </xsd:simpleType>
    </xsd:element>
    <xsd:element name="ImageCreateDate" ma:index="26" nillable="true" ma:displayName="Date Picture Taken" ma:format="DateTime" ma:hidden="true" ma:internalName="ImageCreateDat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28"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customXml/itemProps2.xml><?xml version="1.0" encoding="utf-8"?>
<ds:datastoreItem xmlns:ds="http://schemas.openxmlformats.org/officeDocument/2006/customXml" ds:itemID="{8C8DCCF1-4076-4495-A38F-536BA2E69C4C}">
  <ds:schemaRefs>
    <ds:schemaRef ds:uri="http://schemas.microsoft.com/office/2006/metadata/properties"/>
    <ds:schemaRef ds:uri="http://schemas.microsoft.com/office/infopath/2007/PartnerControls"/>
    <ds:schemaRef ds:uri="http://schemas.microsoft.com/sharepoint/v3/fields"/>
    <ds:schemaRef ds:uri="8fd1dff2-3dce-4de5-b1d9-c3ccad3a6c92"/>
    <ds:schemaRef ds:uri="5c7f9510-d0aa-4e98-bb58-73f761f6a044"/>
    <ds:schemaRef ds:uri="http://schemas.microsoft.com/sharepoint/v3"/>
  </ds:schemaRefs>
</ds:datastoreItem>
</file>

<file path=customXml/itemProps3.xml><?xml version="1.0" encoding="utf-8"?>
<ds:datastoreItem xmlns:ds="http://schemas.openxmlformats.org/officeDocument/2006/customXml" ds:itemID="{E094CF3D-76FD-43BF-837A-067B8EBBB231}">
  <ds:schemaRefs>
    <ds:schemaRef ds:uri="http://schemas.microsoft.com/sharepoint/v3/contenttype/forms"/>
  </ds:schemaRefs>
</ds:datastoreItem>
</file>

<file path=customXml/itemProps4.xml><?xml version="1.0" encoding="utf-8"?>
<ds:datastoreItem xmlns:ds="http://schemas.openxmlformats.org/officeDocument/2006/customXml" ds:itemID="{F1881BB3-F6EB-4353-B2FF-037F8B8F1FB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c7f9510-d0aa-4e98-bb58-73f761f6a044"/>
    <ds:schemaRef ds:uri="8fd1dff2-3dce-4de5-b1d9-c3ccad3a6c92"/>
    <ds:schemaRef ds:uri="http://schemas.microsoft.com/sharepoint/v3/field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7</Pages>
  <Words>1296</Words>
  <Characters>7388</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8667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Amy Hogarth-Jones</cp:lastModifiedBy>
  <cp:revision>13</cp:revision>
  <cp:lastPrinted>2026-06-05T09:58:00Z</cp:lastPrinted>
  <dcterms:created xsi:type="dcterms:W3CDTF">2025-08-08T11:01:00Z</dcterms:created>
  <dcterms:modified xsi:type="dcterms:W3CDTF">2026-06-05T09:58:00Z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0x010100E575C21513C4414FB9A21540F4CA1481</vt:lpwstr>
  </property>
  <property fmtid="{D5CDD505-2E9C-101B-9397-08002B2CF9AE}" pid="3" name="MediaServiceImageTags">
    <vt:lpwstr/>
  </property>
</Properties>
</file>